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7CC5" w:rsidR="008C5F46" w:rsidP="18DA3402" w:rsidRDefault="003A3DB7" w14:paraId="20A2E687" w14:textId="653959CB">
      <w:pPr>
        <w:pStyle w:val="Title"/>
        <w:shd w:val="clear" w:color="auto" w:fill="92D050"/>
        <w:spacing w:after="0"/>
        <w:rPr>
          <w:rFonts w:ascii="Arial" w:hAnsi="Arial" w:cs="Arial"/>
          <w:color w:val="auto"/>
          <w:sz w:val="40"/>
          <w:szCs w:val="40"/>
        </w:rPr>
      </w:pPr>
      <w:r w:rsidRPr="18DA3402" w:rsidR="2C630C27">
        <w:rPr>
          <w:rFonts w:ascii="Arial" w:hAnsi="Arial" w:cs="Arial"/>
          <w:color w:val="auto"/>
          <w:sz w:val="36"/>
          <w:szCs w:val="36"/>
        </w:rPr>
        <w:t>Patient</w:t>
      </w:r>
      <w:r w:rsidRPr="18DA3402" w:rsidR="2C630C27">
        <w:rPr>
          <w:rFonts w:ascii="Arial" w:hAnsi="Arial" w:cs="Arial"/>
          <w:color w:val="auto"/>
          <w:sz w:val="40"/>
          <w:szCs w:val="40"/>
        </w:rPr>
        <w:t xml:space="preserve">/Family/Carer </w:t>
      </w:r>
      <w:r w:rsidRPr="18DA3402" w:rsidR="135B0932">
        <w:rPr>
          <w:rFonts w:ascii="Arial" w:hAnsi="Arial" w:cs="Arial"/>
          <w:color w:val="auto"/>
          <w:sz w:val="40"/>
          <w:szCs w:val="40"/>
        </w:rPr>
        <w:t>Information Sharing</w:t>
      </w:r>
    </w:p>
    <w:p w:rsidRPr="00991CDB" w:rsidR="003A3DB7" w:rsidP="18DA3402" w:rsidRDefault="00F94E07" w14:paraId="64643C6A" w14:textId="3C0172AA">
      <w:pPr>
        <w:pStyle w:val="Normal"/>
        <w:spacing w:after="0"/>
        <w:rPr>
          <w:rFonts w:ascii="Arial" w:hAnsi="Arial" w:cs="Arial"/>
          <w:sz w:val="24"/>
          <w:szCs w:val="24"/>
        </w:rPr>
      </w:pPr>
    </w:p>
    <w:p w:rsidRPr="00991CDB" w:rsidR="003A3DB7" w:rsidP="18DA3402" w:rsidRDefault="00F94E07" w14:paraId="507DDA48" w14:textId="750D0487">
      <w:pPr>
        <w:pStyle w:val="Normal"/>
        <w:spacing w:after="0"/>
        <w:rPr>
          <w:rFonts w:ascii="Arial" w:hAnsi="Arial" w:cs="Arial"/>
          <w:sz w:val="24"/>
          <w:szCs w:val="24"/>
        </w:rPr>
      </w:pPr>
      <w:r w:rsidRPr="18DA3402" w:rsidR="79642F90">
        <w:rPr>
          <w:rFonts w:ascii="Arial" w:hAnsi="Arial" w:cs="Arial"/>
          <w:sz w:val="24"/>
          <w:szCs w:val="24"/>
        </w:rPr>
        <w:t xml:space="preserve">This </w:t>
      </w:r>
      <w:r w:rsidRPr="18DA3402" w:rsidR="504BE846">
        <w:rPr>
          <w:rFonts w:ascii="Arial" w:hAnsi="Arial" w:cs="Arial"/>
          <w:sz w:val="24"/>
          <w:szCs w:val="24"/>
        </w:rPr>
        <w:t xml:space="preserve">Timeline </w:t>
      </w:r>
      <w:r w:rsidRPr="18DA3402" w:rsidR="79642F90">
        <w:rPr>
          <w:rFonts w:ascii="Arial" w:hAnsi="Arial" w:cs="Arial"/>
          <w:sz w:val="24"/>
          <w:szCs w:val="24"/>
        </w:rPr>
        <w:t>template is designed</w:t>
      </w:r>
      <w:r w:rsidRPr="18DA3402" w:rsidR="6A9D94F8">
        <w:rPr>
          <w:rFonts w:ascii="Arial" w:hAnsi="Arial" w:cs="Arial"/>
          <w:sz w:val="24"/>
          <w:szCs w:val="24"/>
        </w:rPr>
        <w:t xml:space="preserve"> for families </w:t>
      </w:r>
      <w:r w:rsidRPr="18DA3402" w:rsidR="377750A3">
        <w:rPr>
          <w:rFonts w:ascii="Arial" w:hAnsi="Arial" w:cs="Arial"/>
          <w:sz w:val="24"/>
          <w:szCs w:val="24"/>
        </w:rPr>
        <w:t xml:space="preserve">to </w:t>
      </w:r>
      <w:r w:rsidRPr="18DA3402" w:rsidR="79642F90">
        <w:rPr>
          <w:rFonts w:ascii="Arial" w:hAnsi="Arial" w:cs="Arial"/>
          <w:sz w:val="24"/>
          <w:szCs w:val="24"/>
        </w:rPr>
        <w:t xml:space="preserve">help </w:t>
      </w:r>
      <w:r w:rsidRPr="18DA3402" w:rsidR="79642F90">
        <w:rPr>
          <w:rFonts w:ascii="Arial" w:hAnsi="Arial" w:cs="Arial"/>
          <w:sz w:val="24"/>
          <w:szCs w:val="24"/>
        </w:rPr>
        <w:t>organise</w:t>
      </w:r>
      <w:r w:rsidRPr="18DA3402" w:rsidR="79642F90">
        <w:rPr>
          <w:rFonts w:ascii="Arial" w:hAnsi="Arial" w:cs="Arial"/>
          <w:sz w:val="24"/>
          <w:szCs w:val="24"/>
        </w:rPr>
        <w:t xml:space="preserve"> </w:t>
      </w:r>
      <w:r w:rsidRPr="18DA3402" w:rsidR="45D8309B">
        <w:rPr>
          <w:rFonts w:ascii="Arial" w:hAnsi="Arial" w:cs="Arial"/>
          <w:sz w:val="24"/>
          <w:szCs w:val="24"/>
        </w:rPr>
        <w:t xml:space="preserve">your </w:t>
      </w:r>
      <w:r w:rsidRPr="18DA3402" w:rsidR="79642F90">
        <w:rPr>
          <w:rFonts w:ascii="Arial" w:hAnsi="Arial" w:cs="Arial"/>
          <w:sz w:val="24"/>
          <w:szCs w:val="24"/>
        </w:rPr>
        <w:t>thoughts about what happened</w:t>
      </w:r>
      <w:r w:rsidRPr="18DA3402" w:rsidR="2C630C27">
        <w:rPr>
          <w:rFonts w:ascii="Arial" w:hAnsi="Arial" w:cs="Arial"/>
          <w:sz w:val="24"/>
          <w:szCs w:val="24"/>
        </w:rPr>
        <w:t xml:space="preserve"> in </w:t>
      </w:r>
      <w:r w:rsidRPr="18DA3402" w:rsidR="6A9D94F8">
        <w:rPr>
          <w:rFonts w:ascii="Arial" w:hAnsi="Arial" w:cs="Arial"/>
          <w:sz w:val="24"/>
          <w:szCs w:val="24"/>
        </w:rPr>
        <w:t>the care of your loved one</w:t>
      </w:r>
      <w:r w:rsidRPr="18DA3402" w:rsidR="2C630C27">
        <w:rPr>
          <w:rFonts w:ascii="Arial" w:hAnsi="Arial" w:cs="Arial"/>
          <w:sz w:val="24"/>
          <w:szCs w:val="24"/>
        </w:rPr>
        <w:t xml:space="preserve"> that may have contribute</w:t>
      </w:r>
      <w:r w:rsidRPr="18DA3402" w:rsidR="45D8309B">
        <w:rPr>
          <w:rFonts w:ascii="Arial" w:hAnsi="Arial" w:cs="Arial"/>
          <w:sz w:val="24"/>
          <w:szCs w:val="24"/>
        </w:rPr>
        <w:t>d</w:t>
      </w:r>
      <w:r w:rsidRPr="18DA3402" w:rsidR="2C630C27">
        <w:rPr>
          <w:rFonts w:ascii="Arial" w:hAnsi="Arial" w:cs="Arial"/>
          <w:sz w:val="24"/>
          <w:szCs w:val="24"/>
        </w:rPr>
        <w:t xml:space="preserve"> to the safety event.</w:t>
      </w:r>
      <w:r w:rsidRPr="18DA3402" w:rsidR="79642F90">
        <w:rPr>
          <w:rFonts w:ascii="Arial" w:hAnsi="Arial" w:cs="Arial"/>
          <w:sz w:val="24"/>
          <w:szCs w:val="24"/>
        </w:rPr>
        <w:t xml:space="preserve"> </w:t>
      </w:r>
      <w:r w:rsidRPr="18DA3402" w:rsidR="26A9F7E2">
        <w:rPr>
          <w:rFonts w:ascii="Arial" w:hAnsi="Arial" w:cs="Arial"/>
          <w:sz w:val="24"/>
          <w:szCs w:val="24"/>
        </w:rPr>
        <w:t xml:space="preserve"> </w:t>
      </w:r>
      <w:r w:rsidRPr="18DA3402" w:rsidR="79642F90">
        <w:rPr>
          <w:rFonts w:ascii="Arial" w:hAnsi="Arial" w:cs="Arial"/>
          <w:sz w:val="24"/>
          <w:szCs w:val="24"/>
        </w:rPr>
        <w:t>You can use this to:</w:t>
      </w:r>
    </w:p>
    <w:p w:rsidRPr="00991CDB" w:rsidR="003A3DB7" w:rsidP="00FB6880" w:rsidRDefault="00F94E07" w14:paraId="356544C8" w14:textId="77777777">
      <w:pPr>
        <w:pStyle w:val="ListParagraph"/>
        <w:numPr>
          <w:ilvl w:val="0"/>
          <w:numId w:val="1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991CDB">
        <w:rPr>
          <w:rFonts w:ascii="Arial" w:hAnsi="Arial" w:cs="Arial"/>
          <w:sz w:val="24"/>
          <w:szCs w:val="24"/>
        </w:rPr>
        <w:t>Record events in your own words</w:t>
      </w:r>
    </w:p>
    <w:p w:rsidRPr="00991CDB" w:rsidR="003A3DB7" w:rsidP="007C3F3E" w:rsidRDefault="00F94E07" w14:paraId="62C632F7" w14:textId="77777777">
      <w:pPr>
        <w:pStyle w:val="ListParagraph"/>
        <w:numPr>
          <w:ilvl w:val="0"/>
          <w:numId w:val="1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991CDB">
        <w:rPr>
          <w:rFonts w:ascii="Arial" w:hAnsi="Arial" w:cs="Arial"/>
          <w:sz w:val="24"/>
          <w:szCs w:val="24"/>
        </w:rPr>
        <w:t>Highlight concerns or missed opportunities</w:t>
      </w:r>
    </w:p>
    <w:p w:rsidRPr="00991CDB" w:rsidR="003A3DB7" w:rsidP="00134359" w:rsidRDefault="00F94E07" w14:paraId="6F66BA6E" w14:textId="2AAD2BA6">
      <w:pPr>
        <w:pStyle w:val="ListParagraph"/>
        <w:numPr>
          <w:ilvl w:val="0"/>
          <w:numId w:val="12"/>
        </w:numPr>
        <w:ind w:left="426"/>
        <w:rPr>
          <w:rFonts w:ascii="Arial" w:hAnsi="Arial" w:cs="Arial"/>
          <w:sz w:val="24"/>
          <w:szCs w:val="24"/>
        </w:rPr>
      </w:pPr>
      <w:r w:rsidRPr="00991CDB">
        <w:rPr>
          <w:rFonts w:ascii="Arial" w:hAnsi="Arial" w:cs="Arial"/>
          <w:sz w:val="24"/>
          <w:szCs w:val="24"/>
        </w:rPr>
        <w:t xml:space="preserve">Share your perspective with the </w:t>
      </w:r>
      <w:r w:rsidRPr="00991CDB" w:rsidR="003A3DB7">
        <w:rPr>
          <w:rFonts w:ascii="Arial" w:hAnsi="Arial" w:cs="Arial"/>
          <w:sz w:val="24"/>
          <w:szCs w:val="24"/>
        </w:rPr>
        <w:t>organi</w:t>
      </w:r>
      <w:r w:rsidRPr="00991CDB" w:rsidR="00FC717D">
        <w:rPr>
          <w:rFonts w:ascii="Arial" w:hAnsi="Arial" w:cs="Arial"/>
          <w:sz w:val="24"/>
          <w:szCs w:val="24"/>
        </w:rPr>
        <w:t>s</w:t>
      </w:r>
      <w:r w:rsidRPr="00991CDB" w:rsidR="003A3DB7">
        <w:rPr>
          <w:rFonts w:ascii="Arial" w:hAnsi="Arial" w:cs="Arial"/>
          <w:sz w:val="24"/>
          <w:szCs w:val="24"/>
        </w:rPr>
        <w:t>ation</w:t>
      </w:r>
    </w:p>
    <w:p w:rsidR="003A3DB7" w:rsidP="00FB6880" w:rsidRDefault="003A3DB7" w14:paraId="5FD59BD8" w14:textId="50704E5A">
      <w:pPr>
        <w:pStyle w:val="ListParagraph"/>
        <w:numPr>
          <w:ilvl w:val="0"/>
          <w:numId w:val="1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991CDB">
        <w:rPr>
          <w:rFonts w:ascii="Arial" w:hAnsi="Arial" w:cs="Arial"/>
          <w:sz w:val="24"/>
          <w:szCs w:val="24"/>
        </w:rPr>
        <w:t>Support the organisation in gathering information to identify learning and opportunities for change</w:t>
      </w:r>
      <w:r w:rsidRPr="00991CDB" w:rsidR="00FC717D">
        <w:rPr>
          <w:rFonts w:ascii="Arial" w:hAnsi="Arial" w:cs="Arial"/>
          <w:sz w:val="24"/>
          <w:szCs w:val="24"/>
        </w:rPr>
        <w:t>.</w:t>
      </w:r>
    </w:p>
    <w:p w:rsidR="00CD7684" w:rsidP="00CD7684" w:rsidRDefault="00CD7684" w14:paraId="5B6B22F8" w14:textId="77777777">
      <w:pPr>
        <w:pStyle w:val="ListParagraph"/>
        <w:spacing w:after="0"/>
        <w:ind w:left="426"/>
        <w:rPr>
          <w:rFonts w:ascii="Arial" w:hAnsi="Arial" w:cs="Arial"/>
          <w:sz w:val="24"/>
          <w:szCs w:val="24"/>
        </w:rPr>
      </w:pPr>
    </w:p>
    <w:p w:rsidRPr="007B7CC5" w:rsidR="008C5F46" w:rsidP="00FB6880" w:rsidRDefault="00F94E07" w14:paraId="57DD8374" w14:textId="3455EF99">
      <w:pPr>
        <w:shd w:val="clear" w:color="auto" w:fill="92D050"/>
        <w:spacing w:after="0"/>
        <w:rPr>
          <w:rFonts w:ascii="Arial" w:hAnsi="Arial" w:cs="Arial"/>
          <w:sz w:val="24"/>
          <w:szCs w:val="24"/>
        </w:rPr>
      </w:pPr>
      <w:r w:rsidRPr="007B7CC5">
        <w:rPr>
          <w:rFonts w:ascii="Arial" w:hAnsi="Arial" w:cs="Arial" w:eastAsiaTheme="majorEastAsia"/>
          <w:b/>
          <w:bCs/>
          <w:sz w:val="24"/>
          <w:szCs w:val="24"/>
        </w:rPr>
        <w:t>Before you begin</w:t>
      </w:r>
    </w:p>
    <w:p w:rsidRPr="00991CDB" w:rsidR="003A3DB7" w:rsidP="00FB6880" w:rsidRDefault="003A3DB7" w14:paraId="7DE7D404" w14:textId="017203CD">
      <w:pPr>
        <w:pStyle w:val="ListParagraph"/>
        <w:numPr>
          <w:ilvl w:val="0"/>
          <w:numId w:val="1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991CDB">
        <w:rPr>
          <w:rFonts w:ascii="Arial" w:hAnsi="Arial" w:cs="Arial"/>
          <w:sz w:val="24"/>
          <w:szCs w:val="24"/>
        </w:rPr>
        <w:t>If you intend to share this document with the organi</w:t>
      </w:r>
      <w:r w:rsidRPr="00991CDB" w:rsidR="00557D9C">
        <w:rPr>
          <w:rFonts w:ascii="Arial" w:hAnsi="Arial" w:cs="Arial"/>
          <w:sz w:val="24"/>
          <w:szCs w:val="24"/>
        </w:rPr>
        <w:t>s</w:t>
      </w:r>
      <w:r w:rsidRPr="00991CDB">
        <w:rPr>
          <w:rFonts w:ascii="Arial" w:hAnsi="Arial" w:cs="Arial"/>
          <w:sz w:val="24"/>
          <w:szCs w:val="24"/>
        </w:rPr>
        <w:t xml:space="preserve">ation, discuss with </w:t>
      </w:r>
      <w:r w:rsidRPr="00991CDB" w:rsidR="00557D9C">
        <w:rPr>
          <w:rFonts w:ascii="Arial" w:hAnsi="Arial" w:cs="Arial"/>
          <w:sz w:val="24"/>
          <w:szCs w:val="24"/>
        </w:rPr>
        <w:t xml:space="preserve">your point of contact </w:t>
      </w:r>
      <w:r w:rsidRPr="00991CDB">
        <w:rPr>
          <w:rFonts w:ascii="Arial" w:hAnsi="Arial" w:cs="Arial"/>
          <w:sz w:val="24"/>
          <w:szCs w:val="24"/>
        </w:rPr>
        <w:t>your intention to produce this timeline.</w:t>
      </w:r>
    </w:p>
    <w:p w:rsidRPr="00991CDB" w:rsidR="00557D9C" w:rsidP="00FB6880" w:rsidRDefault="003A3DB7" w14:paraId="5A5236D3" w14:textId="3BB1079C">
      <w:pPr>
        <w:pStyle w:val="ListParagraph"/>
        <w:numPr>
          <w:ilvl w:val="0"/>
          <w:numId w:val="1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18DA3402" w:rsidR="2C630C27">
        <w:rPr>
          <w:rFonts w:ascii="Arial" w:hAnsi="Arial" w:cs="Arial"/>
          <w:sz w:val="24"/>
          <w:szCs w:val="24"/>
        </w:rPr>
        <w:t xml:space="preserve">Sharing your experience and perspectives early in a safety review helps the </w:t>
      </w:r>
      <w:r w:rsidRPr="18DA3402" w:rsidR="45D8309B">
        <w:rPr>
          <w:rFonts w:ascii="Arial" w:hAnsi="Arial" w:cs="Arial"/>
          <w:sz w:val="24"/>
          <w:szCs w:val="24"/>
        </w:rPr>
        <w:t>person leading the review</w:t>
      </w:r>
      <w:r w:rsidRPr="18DA3402" w:rsidR="2C630C27">
        <w:rPr>
          <w:rFonts w:ascii="Arial" w:hAnsi="Arial" w:cs="Arial"/>
          <w:sz w:val="24"/>
          <w:szCs w:val="24"/>
        </w:rPr>
        <w:t xml:space="preserve"> </w:t>
      </w:r>
      <w:r w:rsidRPr="18DA3402" w:rsidR="5548FE10">
        <w:rPr>
          <w:rFonts w:ascii="Arial" w:hAnsi="Arial" w:cs="Arial"/>
          <w:sz w:val="24"/>
          <w:szCs w:val="24"/>
        </w:rPr>
        <w:t>to collate</w:t>
      </w:r>
      <w:r w:rsidRPr="18DA3402" w:rsidR="2C630C27">
        <w:rPr>
          <w:rFonts w:ascii="Arial" w:hAnsi="Arial" w:cs="Arial"/>
          <w:sz w:val="24"/>
          <w:szCs w:val="24"/>
        </w:rPr>
        <w:t xml:space="preserve"> information that can </w:t>
      </w:r>
      <w:r w:rsidRPr="18DA3402" w:rsidR="45D8309B">
        <w:rPr>
          <w:rFonts w:ascii="Arial" w:hAnsi="Arial" w:cs="Arial"/>
          <w:sz w:val="24"/>
          <w:szCs w:val="24"/>
        </w:rPr>
        <w:t xml:space="preserve">support them to </w:t>
      </w:r>
      <w:r w:rsidRPr="18DA3402" w:rsidR="45D8309B">
        <w:rPr>
          <w:rFonts w:ascii="Arial" w:hAnsi="Arial" w:cs="Arial"/>
          <w:sz w:val="24"/>
          <w:szCs w:val="24"/>
        </w:rPr>
        <w:t>identify</w:t>
      </w:r>
      <w:r w:rsidRPr="18DA3402" w:rsidR="45D8309B">
        <w:rPr>
          <w:rFonts w:ascii="Arial" w:hAnsi="Arial" w:cs="Arial"/>
          <w:sz w:val="24"/>
          <w:szCs w:val="24"/>
        </w:rPr>
        <w:t xml:space="preserve"> learning. We would encourage you to do this early rather than wait until the end of the review. Your perspectives will help them piece together a picture of what happened.</w:t>
      </w:r>
    </w:p>
    <w:p w:rsidRPr="00991CDB" w:rsidR="00557D9C" w:rsidP="00FB6880" w:rsidRDefault="00557D9C" w14:paraId="59B253B7" w14:textId="3F61E8F9">
      <w:pPr>
        <w:pStyle w:val="ListParagraph"/>
        <w:numPr>
          <w:ilvl w:val="0"/>
          <w:numId w:val="1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991CDB">
        <w:rPr>
          <w:rFonts w:ascii="Arial" w:hAnsi="Arial" w:cs="Arial"/>
          <w:sz w:val="24"/>
          <w:szCs w:val="24"/>
        </w:rPr>
        <w:t>You do not need to complete this all at once—take your time.</w:t>
      </w:r>
    </w:p>
    <w:p w:rsidRPr="00991CDB" w:rsidR="0028115C" w:rsidP="00FB6880" w:rsidRDefault="0028115C" w14:paraId="0C0A6CF5" w14:textId="23DA4BAC">
      <w:pPr>
        <w:pStyle w:val="ListParagraph"/>
        <w:numPr>
          <w:ilvl w:val="0"/>
          <w:numId w:val="1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991CDB">
        <w:rPr>
          <w:rFonts w:ascii="Arial" w:hAnsi="Arial" w:cs="Arial"/>
          <w:sz w:val="24"/>
          <w:szCs w:val="24"/>
        </w:rPr>
        <w:t>You may consider completing this as a family to gather all perspectives.</w:t>
      </w:r>
    </w:p>
    <w:p w:rsidRPr="00991CDB" w:rsidR="00FC717D" w:rsidP="00FB6880" w:rsidRDefault="00FC717D" w14:paraId="7494B3A3" w14:textId="5CB5977F">
      <w:pPr>
        <w:pStyle w:val="ListParagraph"/>
        <w:numPr>
          <w:ilvl w:val="0"/>
          <w:numId w:val="1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18DA3402" w:rsidR="61FB04F8">
        <w:rPr>
          <w:rFonts w:ascii="Arial" w:hAnsi="Arial" w:cs="Arial"/>
          <w:sz w:val="24"/>
          <w:szCs w:val="24"/>
        </w:rPr>
        <w:t xml:space="preserve">Note what went well as much as where it </w:t>
      </w:r>
      <w:r w:rsidRPr="18DA3402" w:rsidR="604BCBCB">
        <w:rPr>
          <w:rFonts w:ascii="Arial" w:hAnsi="Arial" w:cs="Arial"/>
          <w:sz w:val="24"/>
          <w:szCs w:val="24"/>
        </w:rPr>
        <w:t>didn’t</w:t>
      </w:r>
      <w:r w:rsidRPr="18DA3402" w:rsidR="4746F1B9">
        <w:rPr>
          <w:rFonts w:ascii="Arial" w:hAnsi="Arial" w:cs="Arial"/>
          <w:sz w:val="24"/>
          <w:szCs w:val="24"/>
        </w:rPr>
        <w:t xml:space="preserve">; </w:t>
      </w:r>
      <w:r w:rsidRPr="18DA3402" w:rsidR="604BCBCB">
        <w:rPr>
          <w:rFonts w:ascii="Arial" w:hAnsi="Arial" w:cs="Arial"/>
          <w:sz w:val="24"/>
          <w:szCs w:val="24"/>
        </w:rPr>
        <w:t>examples</w:t>
      </w:r>
      <w:r w:rsidRPr="18DA3402" w:rsidR="6AD492D8">
        <w:rPr>
          <w:rFonts w:ascii="Arial" w:hAnsi="Arial" w:cs="Arial"/>
          <w:sz w:val="24"/>
          <w:szCs w:val="24"/>
        </w:rPr>
        <w:t xml:space="preserve"> of good </w:t>
      </w:r>
      <w:r w:rsidRPr="18DA3402" w:rsidR="2CB5485F">
        <w:rPr>
          <w:rFonts w:ascii="Arial" w:hAnsi="Arial" w:cs="Arial"/>
          <w:sz w:val="24"/>
          <w:szCs w:val="24"/>
        </w:rPr>
        <w:t>experiences</w:t>
      </w:r>
      <w:r w:rsidRPr="18DA3402" w:rsidR="6AD492D8">
        <w:rPr>
          <w:rFonts w:ascii="Arial" w:hAnsi="Arial" w:cs="Arial"/>
          <w:sz w:val="24"/>
          <w:szCs w:val="24"/>
        </w:rPr>
        <w:t xml:space="preserve"> can </w:t>
      </w:r>
      <w:r w:rsidRPr="18DA3402" w:rsidR="6AD492D8">
        <w:rPr>
          <w:rFonts w:ascii="Arial" w:hAnsi="Arial" w:cs="Arial"/>
          <w:sz w:val="24"/>
          <w:szCs w:val="24"/>
        </w:rPr>
        <w:t>assist</w:t>
      </w:r>
      <w:r w:rsidRPr="18DA3402" w:rsidR="6AD492D8">
        <w:rPr>
          <w:rFonts w:ascii="Arial" w:hAnsi="Arial" w:cs="Arial"/>
          <w:sz w:val="24"/>
          <w:szCs w:val="24"/>
        </w:rPr>
        <w:t xml:space="preserve"> </w:t>
      </w:r>
      <w:r w:rsidRPr="18DA3402" w:rsidR="61FB04F8">
        <w:rPr>
          <w:rFonts w:ascii="Arial" w:hAnsi="Arial" w:cs="Arial"/>
          <w:sz w:val="24"/>
          <w:szCs w:val="24"/>
        </w:rPr>
        <w:t>learning</w:t>
      </w:r>
      <w:r w:rsidRPr="18DA3402" w:rsidR="5C3128FC">
        <w:rPr>
          <w:rFonts w:ascii="Arial" w:hAnsi="Arial" w:cs="Arial"/>
          <w:sz w:val="24"/>
          <w:szCs w:val="24"/>
        </w:rPr>
        <w:t>.</w:t>
      </w:r>
    </w:p>
    <w:p w:rsidR="0028115C" w:rsidP="00FB6880" w:rsidRDefault="00557D9C" w14:paraId="6CEEEBD5" w14:textId="142EF672">
      <w:pPr>
        <w:pStyle w:val="ListParagraph"/>
        <w:numPr>
          <w:ilvl w:val="0"/>
          <w:numId w:val="13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605A9781" w:rsidR="00557D9C">
        <w:rPr>
          <w:rFonts w:ascii="Arial" w:hAnsi="Arial" w:cs="Arial"/>
          <w:sz w:val="24"/>
          <w:szCs w:val="24"/>
        </w:rPr>
        <w:t xml:space="preserve">Revisiting your experiences can be difficult, </w:t>
      </w:r>
      <w:r w:rsidRPr="605A9781" w:rsidR="797497BE">
        <w:rPr>
          <w:rFonts w:ascii="Arial" w:hAnsi="Arial" w:cs="Arial"/>
          <w:sz w:val="24"/>
          <w:szCs w:val="24"/>
        </w:rPr>
        <w:t xml:space="preserve">so </w:t>
      </w:r>
      <w:r w:rsidRPr="605A9781" w:rsidR="00557D9C">
        <w:rPr>
          <w:rFonts w:ascii="Arial" w:hAnsi="Arial" w:cs="Arial"/>
          <w:sz w:val="24"/>
          <w:szCs w:val="24"/>
        </w:rPr>
        <w:t>make a plan</w:t>
      </w:r>
      <w:r w:rsidRPr="605A9781" w:rsidR="00557D9C">
        <w:rPr>
          <w:rFonts w:ascii="Arial" w:hAnsi="Arial" w:cs="Arial"/>
          <w:sz w:val="24"/>
          <w:szCs w:val="24"/>
        </w:rPr>
        <w:t xml:space="preserve"> for how you will be </w:t>
      </w:r>
      <w:r w:rsidRPr="605A9781" w:rsidR="16C5EFB8">
        <w:rPr>
          <w:rFonts w:ascii="Arial" w:hAnsi="Arial" w:cs="Arial"/>
          <w:sz w:val="24"/>
          <w:szCs w:val="24"/>
        </w:rPr>
        <w:t>supported</w:t>
      </w:r>
      <w:r w:rsidRPr="605A9781" w:rsidR="5025E404">
        <w:rPr>
          <w:rFonts w:ascii="Arial" w:hAnsi="Arial" w:cs="Arial"/>
          <w:sz w:val="24"/>
          <w:szCs w:val="24"/>
        </w:rPr>
        <w:t xml:space="preserve"> and/</w:t>
      </w:r>
      <w:r w:rsidRPr="605A9781" w:rsidR="00557D9C">
        <w:rPr>
          <w:rFonts w:ascii="Arial" w:hAnsi="Arial" w:cs="Arial"/>
          <w:sz w:val="24"/>
          <w:szCs w:val="24"/>
        </w:rPr>
        <w:t>or take time afterwards to recover.</w:t>
      </w:r>
    </w:p>
    <w:p w:rsidRPr="007762C8" w:rsidR="007762C8" w:rsidP="007762C8" w:rsidRDefault="007762C8" w14:paraId="62D6F2DE" w14:textId="77777777">
      <w:pPr>
        <w:spacing w:after="0"/>
        <w:ind w:left="66"/>
        <w:rPr>
          <w:rFonts w:ascii="Arial" w:hAnsi="Arial" w:cs="Arial"/>
          <w:sz w:val="24"/>
          <w:szCs w:val="24"/>
        </w:rPr>
      </w:pPr>
    </w:p>
    <w:p w:rsidRPr="007B7CC5" w:rsidR="0028115C" w:rsidP="00FB6880" w:rsidRDefault="0028115C" w14:paraId="493F2247" w14:textId="06AFA4CA">
      <w:pPr>
        <w:shd w:val="clear" w:color="auto" w:fill="92D050"/>
        <w:spacing w:after="0"/>
        <w:rPr>
          <w:rFonts w:ascii="Arial" w:hAnsi="Arial" w:cs="Arial" w:eastAsiaTheme="majorEastAsia"/>
          <w:b/>
          <w:bCs/>
          <w:sz w:val="24"/>
          <w:szCs w:val="24"/>
        </w:rPr>
      </w:pPr>
      <w:r w:rsidRPr="007B7CC5">
        <w:rPr>
          <w:rFonts w:ascii="Arial" w:hAnsi="Arial" w:cs="Arial" w:eastAsiaTheme="majorEastAsia"/>
          <w:b/>
          <w:bCs/>
          <w:sz w:val="24"/>
          <w:szCs w:val="24"/>
        </w:rPr>
        <w:t>Completing the time</w:t>
      </w:r>
      <w:r w:rsidRPr="007B7CC5" w:rsidR="008E79BF">
        <w:rPr>
          <w:rFonts w:ascii="Arial" w:hAnsi="Arial" w:cs="Arial" w:eastAsiaTheme="majorEastAsia"/>
          <w:b/>
          <w:bCs/>
          <w:sz w:val="24"/>
          <w:szCs w:val="24"/>
        </w:rPr>
        <w:t>line</w:t>
      </w:r>
    </w:p>
    <w:p w:rsidRPr="00991CDB" w:rsidR="0028115C" w:rsidP="00FB6880" w:rsidRDefault="0028115C" w14:paraId="19FDE31B" w14:textId="56760256">
      <w:pPr>
        <w:spacing w:after="0"/>
        <w:rPr>
          <w:rFonts w:ascii="Arial" w:hAnsi="Arial" w:cs="Arial"/>
          <w:sz w:val="24"/>
          <w:szCs w:val="24"/>
        </w:rPr>
      </w:pPr>
      <w:r w:rsidRPr="18DA3402" w:rsidR="46F97F1C">
        <w:rPr>
          <w:rFonts w:ascii="Arial" w:hAnsi="Arial" w:cs="Arial"/>
          <w:sz w:val="24"/>
          <w:szCs w:val="24"/>
        </w:rPr>
        <w:t xml:space="preserve">This </w:t>
      </w:r>
      <w:r w:rsidRPr="18DA3402" w:rsidR="5F6B4ADF">
        <w:rPr>
          <w:rFonts w:ascii="Arial" w:hAnsi="Arial" w:cs="Arial"/>
          <w:sz w:val="24"/>
          <w:szCs w:val="24"/>
        </w:rPr>
        <w:t xml:space="preserve">Timeline </w:t>
      </w:r>
      <w:r w:rsidRPr="18DA3402" w:rsidR="46F97F1C">
        <w:rPr>
          <w:rFonts w:ascii="Arial" w:hAnsi="Arial" w:cs="Arial"/>
          <w:sz w:val="24"/>
          <w:szCs w:val="24"/>
        </w:rPr>
        <w:t>template is framed around an evidence-based method commonly used in healthcare called an After-Action Review. It provides information on what was expected, what happened</w:t>
      </w:r>
      <w:r w:rsidRPr="18DA3402" w:rsidR="68450327">
        <w:rPr>
          <w:rFonts w:ascii="Arial" w:hAnsi="Arial" w:cs="Arial"/>
          <w:sz w:val="24"/>
          <w:szCs w:val="24"/>
        </w:rPr>
        <w:t>, and exploration</w:t>
      </w:r>
      <w:r w:rsidRPr="18DA3402" w:rsidR="46F97F1C">
        <w:rPr>
          <w:rFonts w:ascii="Arial" w:hAnsi="Arial" w:cs="Arial"/>
          <w:sz w:val="24"/>
          <w:szCs w:val="24"/>
        </w:rPr>
        <w:t xml:space="preserve"> of why there was a difference and what has been learnt. </w:t>
      </w:r>
    </w:p>
    <w:p w:rsidR="007762C8" w:rsidP="00FB6880" w:rsidRDefault="007762C8" w14:paraId="38C46BE3" w14:textId="77777777">
      <w:pPr>
        <w:spacing w:after="0"/>
        <w:rPr>
          <w:rFonts w:ascii="Arial" w:hAnsi="Arial" w:cs="Arial"/>
          <w:sz w:val="24"/>
          <w:szCs w:val="24"/>
        </w:rPr>
      </w:pPr>
    </w:p>
    <w:p w:rsidR="00FB6880" w:rsidP="00FB6880" w:rsidRDefault="007762C8" w14:paraId="55CE18F2" w14:textId="6CCDA277">
      <w:pPr>
        <w:spacing w:after="0"/>
        <w:rPr>
          <w:rFonts w:ascii="Arial" w:hAnsi="Arial" w:cs="Arial"/>
          <w:sz w:val="24"/>
          <w:szCs w:val="24"/>
        </w:rPr>
      </w:pPr>
      <w:r w:rsidRPr="18DA3402" w:rsidR="240B7134">
        <w:rPr>
          <w:rFonts w:ascii="Arial" w:hAnsi="Arial" w:cs="Arial"/>
          <w:sz w:val="24"/>
          <w:szCs w:val="24"/>
        </w:rPr>
        <w:t>We have provided this f</w:t>
      </w:r>
      <w:r w:rsidRPr="18DA3402" w:rsidR="7CFCE4BD">
        <w:rPr>
          <w:rFonts w:ascii="Arial" w:hAnsi="Arial" w:cs="Arial"/>
          <w:sz w:val="24"/>
          <w:szCs w:val="24"/>
        </w:rPr>
        <w:t xml:space="preserve">ormat </w:t>
      </w:r>
      <w:r w:rsidRPr="18DA3402" w:rsidR="0E944A60">
        <w:rPr>
          <w:rFonts w:ascii="Arial" w:hAnsi="Arial" w:cs="Arial"/>
          <w:sz w:val="24"/>
          <w:szCs w:val="24"/>
        </w:rPr>
        <w:t>t</w:t>
      </w:r>
      <w:r w:rsidRPr="18DA3402" w:rsidR="7CFCE4BD">
        <w:rPr>
          <w:rFonts w:ascii="Arial" w:hAnsi="Arial" w:cs="Arial"/>
          <w:sz w:val="24"/>
          <w:szCs w:val="24"/>
        </w:rPr>
        <w:t>o support you</w:t>
      </w:r>
      <w:r w:rsidRPr="18DA3402" w:rsidR="3F456C58">
        <w:rPr>
          <w:rFonts w:ascii="Arial" w:hAnsi="Arial" w:cs="Arial"/>
          <w:sz w:val="24"/>
          <w:szCs w:val="24"/>
        </w:rPr>
        <w:t xml:space="preserve"> to</w:t>
      </w:r>
      <w:r w:rsidRPr="18DA3402" w:rsidR="7CFCE4BD">
        <w:rPr>
          <w:rFonts w:ascii="Arial" w:hAnsi="Arial" w:cs="Arial"/>
          <w:sz w:val="24"/>
          <w:szCs w:val="24"/>
        </w:rPr>
        <w:t xml:space="preserve"> answer the questions to the best of your knowledge. You do not need to provide a list of every interaction you </w:t>
      </w:r>
      <w:r w:rsidRPr="18DA3402" w:rsidR="7CFCE4BD">
        <w:rPr>
          <w:rFonts w:ascii="Arial" w:hAnsi="Arial" w:cs="Arial"/>
          <w:sz w:val="24"/>
          <w:szCs w:val="24"/>
        </w:rPr>
        <w:t>had</w:t>
      </w:r>
      <w:r w:rsidRPr="18DA3402" w:rsidR="7CFCE4BD">
        <w:rPr>
          <w:rFonts w:ascii="Arial" w:hAnsi="Arial" w:cs="Arial"/>
          <w:sz w:val="24"/>
          <w:szCs w:val="24"/>
        </w:rPr>
        <w:t xml:space="preserve"> with the </w:t>
      </w:r>
      <w:r w:rsidRPr="18DA3402" w:rsidR="7CFCE4BD">
        <w:rPr>
          <w:rFonts w:ascii="Arial" w:hAnsi="Arial" w:cs="Arial"/>
          <w:sz w:val="24"/>
          <w:szCs w:val="24"/>
        </w:rPr>
        <w:t>organisation</w:t>
      </w:r>
      <w:r w:rsidRPr="18DA3402" w:rsidR="144CF17C">
        <w:rPr>
          <w:rFonts w:ascii="Arial" w:hAnsi="Arial" w:cs="Arial"/>
          <w:sz w:val="24"/>
          <w:szCs w:val="24"/>
        </w:rPr>
        <w:t>.  F</w:t>
      </w:r>
      <w:r w:rsidRPr="18DA3402" w:rsidR="7CFCE4BD">
        <w:rPr>
          <w:rFonts w:ascii="Arial" w:hAnsi="Arial" w:cs="Arial"/>
          <w:sz w:val="24"/>
          <w:szCs w:val="24"/>
        </w:rPr>
        <w:t>ocus</w:t>
      </w:r>
      <w:r w:rsidRPr="18DA3402" w:rsidR="7CFCE4BD">
        <w:rPr>
          <w:rFonts w:ascii="Arial" w:hAnsi="Arial" w:cs="Arial"/>
          <w:sz w:val="24"/>
          <w:szCs w:val="24"/>
        </w:rPr>
        <w:t xml:space="preserve"> on the parts you feel are most important to the safety event.</w:t>
      </w:r>
    </w:p>
    <w:p w:rsidR="009514E6" w:rsidP="00FB6880" w:rsidRDefault="009514E6" w14:paraId="016DF655" w14:textId="77777777">
      <w:pPr>
        <w:spacing w:after="0"/>
        <w:rPr>
          <w:rFonts w:ascii="Arial" w:hAnsi="Arial" w:cs="Arial"/>
          <w:sz w:val="24"/>
          <w:szCs w:val="24"/>
        </w:rPr>
      </w:pPr>
    </w:p>
    <w:p w:rsidRPr="007B7CC5" w:rsidR="0028115C" w:rsidP="00FB6880" w:rsidRDefault="0028115C" w14:paraId="40618771" w14:textId="2851664B">
      <w:pPr>
        <w:shd w:val="clear" w:color="auto" w:fill="92D050"/>
        <w:spacing w:after="0"/>
        <w:rPr>
          <w:rFonts w:ascii="Arial" w:hAnsi="Arial" w:cs="Arial"/>
          <w:sz w:val="24"/>
          <w:szCs w:val="24"/>
        </w:rPr>
      </w:pPr>
      <w:r w:rsidRPr="007B7CC5">
        <w:rPr>
          <w:rFonts w:ascii="Arial" w:hAnsi="Arial" w:cs="Arial" w:eastAsiaTheme="majorEastAsia"/>
          <w:b/>
          <w:bCs/>
          <w:sz w:val="24"/>
          <w:szCs w:val="24"/>
        </w:rPr>
        <w:t>Sending your timeline</w:t>
      </w:r>
    </w:p>
    <w:p w:rsidRPr="00991CDB" w:rsidR="0028115C" w:rsidP="00134359" w:rsidRDefault="0028115C" w14:paraId="2F04DDF2" w14:textId="0899B9A6">
      <w:pPr>
        <w:pStyle w:val="ListParagraph"/>
        <w:numPr>
          <w:ilvl w:val="0"/>
          <w:numId w:val="14"/>
        </w:numPr>
        <w:ind w:left="426"/>
        <w:rPr>
          <w:rFonts w:ascii="Arial" w:hAnsi="Arial" w:cs="Arial"/>
          <w:sz w:val="24"/>
          <w:szCs w:val="24"/>
        </w:rPr>
      </w:pPr>
      <w:r w:rsidRPr="18DA3402" w:rsidR="46F97F1C">
        <w:rPr>
          <w:rFonts w:ascii="Arial" w:hAnsi="Arial" w:cs="Arial"/>
          <w:sz w:val="24"/>
          <w:szCs w:val="24"/>
        </w:rPr>
        <w:t xml:space="preserve">Send this </w:t>
      </w:r>
      <w:r w:rsidRPr="18DA3402" w:rsidR="135B0932">
        <w:rPr>
          <w:rFonts w:ascii="Arial" w:hAnsi="Arial" w:cs="Arial"/>
          <w:sz w:val="24"/>
          <w:szCs w:val="24"/>
        </w:rPr>
        <w:t xml:space="preserve">document </w:t>
      </w:r>
      <w:r w:rsidRPr="18DA3402" w:rsidR="46F97F1C">
        <w:rPr>
          <w:rFonts w:ascii="Arial" w:hAnsi="Arial" w:cs="Arial"/>
          <w:sz w:val="24"/>
          <w:szCs w:val="24"/>
        </w:rPr>
        <w:t>to your point of contact for the safety review</w:t>
      </w:r>
      <w:r w:rsidRPr="18DA3402" w:rsidR="2378044C">
        <w:rPr>
          <w:rFonts w:ascii="Arial" w:hAnsi="Arial" w:cs="Arial"/>
          <w:sz w:val="24"/>
          <w:szCs w:val="24"/>
        </w:rPr>
        <w:t>.  T</w:t>
      </w:r>
      <w:r w:rsidRPr="18DA3402" w:rsidR="46F97F1C">
        <w:rPr>
          <w:rFonts w:ascii="Arial" w:hAnsi="Arial" w:cs="Arial"/>
          <w:sz w:val="24"/>
          <w:szCs w:val="24"/>
        </w:rPr>
        <w:t xml:space="preserve">his may be </w:t>
      </w:r>
      <w:r w:rsidRPr="18DA3402" w:rsidR="1CF785E8">
        <w:rPr>
          <w:rFonts w:ascii="Arial" w:hAnsi="Arial" w:cs="Arial"/>
          <w:sz w:val="24"/>
          <w:szCs w:val="24"/>
        </w:rPr>
        <w:t xml:space="preserve">a </w:t>
      </w:r>
      <w:r w:rsidRPr="18DA3402" w:rsidR="46F97F1C">
        <w:rPr>
          <w:rFonts w:ascii="Arial" w:hAnsi="Arial" w:cs="Arial"/>
          <w:sz w:val="24"/>
          <w:szCs w:val="24"/>
        </w:rPr>
        <w:t>different</w:t>
      </w:r>
      <w:r w:rsidRPr="18DA3402" w:rsidR="1CF785E8">
        <w:rPr>
          <w:rFonts w:ascii="Arial" w:hAnsi="Arial" w:cs="Arial"/>
          <w:sz w:val="24"/>
          <w:szCs w:val="24"/>
        </w:rPr>
        <w:t xml:space="preserve"> person</w:t>
      </w:r>
      <w:r w:rsidRPr="18DA3402" w:rsidR="46F97F1C">
        <w:rPr>
          <w:rFonts w:ascii="Arial" w:hAnsi="Arial" w:cs="Arial"/>
          <w:sz w:val="24"/>
          <w:szCs w:val="24"/>
        </w:rPr>
        <w:t xml:space="preserve"> </w:t>
      </w:r>
      <w:r w:rsidRPr="18DA3402" w:rsidR="135B0932">
        <w:rPr>
          <w:rFonts w:ascii="Arial" w:hAnsi="Arial" w:cs="Arial"/>
          <w:sz w:val="24"/>
          <w:szCs w:val="24"/>
        </w:rPr>
        <w:t xml:space="preserve">to </w:t>
      </w:r>
      <w:r w:rsidRPr="18DA3402" w:rsidR="46F97F1C">
        <w:rPr>
          <w:rFonts w:ascii="Arial" w:hAnsi="Arial" w:cs="Arial"/>
          <w:sz w:val="24"/>
          <w:szCs w:val="24"/>
        </w:rPr>
        <w:t xml:space="preserve">the lead for the review. </w:t>
      </w:r>
    </w:p>
    <w:p w:rsidR="0028115C" w:rsidP="00134359" w:rsidRDefault="0028115C" w14:paraId="6E6E8CA2" w14:textId="23E13C7B">
      <w:pPr>
        <w:pStyle w:val="ListParagraph"/>
        <w:numPr>
          <w:ilvl w:val="0"/>
          <w:numId w:val="14"/>
        </w:numPr>
        <w:ind w:left="426"/>
        <w:rPr/>
      </w:pPr>
      <w:r w:rsidRPr="18DA3402" w:rsidR="46F97F1C">
        <w:rPr>
          <w:rFonts w:ascii="Arial" w:hAnsi="Arial" w:cs="Arial"/>
          <w:sz w:val="24"/>
          <w:szCs w:val="24"/>
        </w:rPr>
        <w:t>Offer the opportunity to meet with you to explore the timeline, your experience</w:t>
      </w:r>
      <w:r w:rsidRPr="18DA3402" w:rsidR="1CF785E8">
        <w:rPr>
          <w:rFonts w:ascii="Arial" w:hAnsi="Arial" w:cs="Arial"/>
          <w:sz w:val="24"/>
          <w:szCs w:val="24"/>
        </w:rPr>
        <w:t>s</w:t>
      </w:r>
      <w:r w:rsidRPr="18DA3402" w:rsidR="46F97F1C">
        <w:rPr>
          <w:rFonts w:ascii="Arial" w:hAnsi="Arial" w:cs="Arial"/>
          <w:sz w:val="24"/>
          <w:szCs w:val="24"/>
        </w:rPr>
        <w:t xml:space="preserve"> and provide clarification where needed.</w:t>
      </w:r>
      <w:r w:rsidRPr="18DA3402" w:rsidR="135B0932">
        <w:rPr>
          <w:rFonts w:ascii="Arial" w:hAnsi="Arial" w:cs="Arial"/>
          <w:sz w:val="24"/>
          <w:szCs w:val="24"/>
        </w:rPr>
        <w:t xml:space="preserve"> The lead </w:t>
      </w:r>
      <w:r w:rsidRPr="18DA3402" w:rsidR="66E9C074">
        <w:rPr>
          <w:rFonts w:ascii="Arial" w:hAnsi="Arial" w:cs="Arial"/>
          <w:sz w:val="24"/>
          <w:szCs w:val="24"/>
        </w:rPr>
        <w:t xml:space="preserve">for the review </w:t>
      </w:r>
      <w:r w:rsidRPr="18DA3402" w:rsidR="135B0932">
        <w:rPr>
          <w:rFonts w:ascii="Arial" w:hAnsi="Arial" w:cs="Arial"/>
          <w:sz w:val="24"/>
          <w:szCs w:val="24"/>
        </w:rPr>
        <w:t>may interpret your information differently to</w:t>
      </w:r>
      <w:r w:rsidRPr="18DA3402" w:rsidR="3E460143">
        <w:rPr>
          <w:rFonts w:ascii="Arial" w:hAnsi="Arial" w:cs="Arial"/>
          <w:sz w:val="24"/>
          <w:szCs w:val="24"/>
        </w:rPr>
        <w:t xml:space="preserve"> the </w:t>
      </w:r>
      <w:r w:rsidRPr="18DA3402" w:rsidR="2995D777">
        <w:rPr>
          <w:rFonts w:ascii="Arial" w:hAnsi="Arial" w:cs="Arial"/>
          <w:sz w:val="24"/>
          <w:szCs w:val="24"/>
        </w:rPr>
        <w:t>manner</w:t>
      </w:r>
      <w:r w:rsidRPr="18DA3402" w:rsidR="3E460143">
        <w:rPr>
          <w:rFonts w:ascii="Arial" w:hAnsi="Arial" w:cs="Arial"/>
          <w:sz w:val="24"/>
          <w:szCs w:val="24"/>
        </w:rPr>
        <w:t xml:space="preserve"> you</w:t>
      </w:r>
      <w:r w:rsidRPr="18DA3402" w:rsidR="135B0932">
        <w:rPr>
          <w:rFonts w:ascii="Arial" w:hAnsi="Arial" w:cs="Arial"/>
          <w:sz w:val="24"/>
          <w:szCs w:val="24"/>
        </w:rPr>
        <w:t xml:space="preserve"> </w:t>
      </w:r>
      <w:r w:rsidRPr="18DA3402" w:rsidR="135B0932">
        <w:rPr>
          <w:rFonts w:ascii="Arial" w:hAnsi="Arial" w:cs="Arial"/>
          <w:sz w:val="24"/>
          <w:szCs w:val="24"/>
        </w:rPr>
        <w:t>intended</w:t>
      </w:r>
      <w:r w:rsidRPr="18DA3402" w:rsidR="24E734AD">
        <w:rPr>
          <w:rFonts w:ascii="Arial" w:hAnsi="Arial" w:cs="Arial"/>
          <w:sz w:val="24"/>
          <w:szCs w:val="24"/>
        </w:rPr>
        <w:t>.  I</w:t>
      </w:r>
      <w:r w:rsidRPr="18DA3402" w:rsidR="135B0932">
        <w:rPr>
          <w:rFonts w:ascii="Arial" w:hAnsi="Arial" w:cs="Arial"/>
          <w:sz w:val="24"/>
          <w:szCs w:val="24"/>
        </w:rPr>
        <w:t>t</w:t>
      </w:r>
      <w:r w:rsidRPr="18DA3402" w:rsidR="66E9C074">
        <w:rPr>
          <w:rFonts w:ascii="Arial" w:hAnsi="Arial" w:cs="Arial"/>
          <w:sz w:val="24"/>
          <w:szCs w:val="24"/>
        </w:rPr>
        <w:t xml:space="preserve"> is </w:t>
      </w:r>
      <w:r w:rsidRPr="18DA3402" w:rsidR="135B0932">
        <w:rPr>
          <w:rFonts w:ascii="Arial" w:hAnsi="Arial" w:cs="Arial"/>
          <w:sz w:val="24"/>
          <w:szCs w:val="24"/>
        </w:rPr>
        <w:t>important</w:t>
      </w:r>
      <w:r w:rsidRPr="18DA3402" w:rsidR="66E9C074">
        <w:rPr>
          <w:rFonts w:ascii="Arial" w:hAnsi="Arial" w:cs="Arial"/>
          <w:sz w:val="24"/>
          <w:szCs w:val="24"/>
        </w:rPr>
        <w:t xml:space="preserve"> to develop a</w:t>
      </w:r>
      <w:r w:rsidRPr="18DA3402" w:rsidR="135B0932">
        <w:rPr>
          <w:rFonts w:ascii="Arial" w:hAnsi="Arial" w:cs="Arial"/>
          <w:sz w:val="24"/>
          <w:szCs w:val="24"/>
        </w:rPr>
        <w:t xml:space="preserve"> shared understanding</w:t>
      </w:r>
      <w:r w:rsidRPr="18DA3402" w:rsidR="66E9C074">
        <w:rPr>
          <w:rFonts w:ascii="Arial" w:hAnsi="Arial" w:cs="Arial"/>
          <w:sz w:val="24"/>
          <w:szCs w:val="24"/>
        </w:rPr>
        <w:t xml:space="preserve"> which is best done</w:t>
      </w:r>
      <w:r w:rsidRPr="18DA3402" w:rsidR="554B6052">
        <w:rPr>
          <w:rFonts w:ascii="Arial" w:hAnsi="Arial" w:cs="Arial"/>
          <w:sz w:val="24"/>
          <w:szCs w:val="24"/>
        </w:rPr>
        <w:t xml:space="preserve"> </w:t>
      </w:r>
      <w:r w:rsidRPr="18DA3402" w:rsidR="66E9C074">
        <w:rPr>
          <w:rFonts w:ascii="Arial" w:hAnsi="Arial" w:cs="Arial"/>
          <w:sz w:val="24"/>
          <w:szCs w:val="24"/>
        </w:rPr>
        <w:t>by meeting</w:t>
      </w:r>
      <w:r w:rsidRPr="18DA3402" w:rsidR="4A658855">
        <w:rPr>
          <w:rFonts w:ascii="Arial" w:hAnsi="Arial" w:cs="Arial"/>
          <w:sz w:val="24"/>
          <w:szCs w:val="24"/>
        </w:rPr>
        <w:t xml:space="preserve">.  </w:t>
      </w:r>
      <w:r w:rsidRPr="18DA3402" w:rsidR="135B0932">
        <w:rPr>
          <w:rFonts w:ascii="Arial" w:hAnsi="Arial" w:cs="Arial"/>
          <w:sz w:val="24"/>
          <w:szCs w:val="24"/>
        </w:rPr>
        <w:t xml:space="preserve"> </w:t>
      </w:r>
    </w:p>
    <w:p w:rsidRPr="0016370E" w:rsidR="001511BA" w:rsidP="00304324" w:rsidRDefault="008115E4" w14:paraId="4F00A084" w14:textId="66E9A480">
      <w:pPr>
        <w:rPr>
          <w:rFonts w:ascii="Arial" w:hAnsi="Arial" w:cs="Arial"/>
          <w:b w:val="1"/>
          <w:bCs w:val="1"/>
        </w:rPr>
        <w:sectPr w:rsidRPr="0016370E" w:rsidR="001511BA" w:rsidSect="00134359">
          <w:headerReference w:type="default" r:id="rId8"/>
          <w:footerReference w:type="default" r:id="rId9"/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  <w:r w:rsidRPr="18DA3402" w:rsidR="6E1AB61D">
        <w:rPr>
          <w:rFonts w:ascii="Arial" w:hAnsi="Arial" w:cs="Arial"/>
          <w:b w:val="1"/>
          <w:bCs w:val="1"/>
        </w:rPr>
        <w:t>We suggest you</w:t>
      </w:r>
      <w:r w:rsidRPr="18DA3402" w:rsidR="24392C7C">
        <w:rPr>
          <w:rFonts w:ascii="Arial" w:hAnsi="Arial" w:cs="Arial"/>
          <w:b w:val="1"/>
          <w:bCs w:val="1"/>
        </w:rPr>
        <w:t xml:space="preserve"> take a copy of your </w:t>
      </w:r>
      <w:r w:rsidRPr="18DA3402" w:rsidR="7C01E1FE">
        <w:rPr>
          <w:rFonts w:ascii="Arial" w:hAnsi="Arial" w:cs="Arial"/>
          <w:b w:val="1"/>
          <w:bCs w:val="1"/>
        </w:rPr>
        <w:t>Timeline</w:t>
      </w:r>
      <w:r w:rsidRPr="18DA3402" w:rsidR="6CAEC13E">
        <w:rPr>
          <w:rFonts w:ascii="Arial" w:hAnsi="Arial" w:cs="Arial"/>
          <w:b w:val="1"/>
          <w:bCs w:val="1"/>
        </w:rPr>
        <w:t xml:space="preserve"> document</w:t>
      </w:r>
      <w:r w:rsidRPr="18DA3402" w:rsidR="24392C7C">
        <w:rPr>
          <w:rFonts w:ascii="Arial" w:hAnsi="Arial" w:cs="Arial"/>
          <w:b w:val="1"/>
          <w:bCs w:val="1"/>
        </w:rPr>
        <w:t xml:space="preserve"> to </w:t>
      </w:r>
      <w:r w:rsidRPr="18DA3402" w:rsidR="24392C7C">
        <w:rPr>
          <w:rFonts w:ascii="Arial" w:hAnsi="Arial" w:cs="Arial"/>
          <w:b w:val="1"/>
          <w:bCs w:val="1"/>
        </w:rPr>
        <w:t>submit</w:t>
      </w:r>
      <w:r w:rsidRPr="18DA3402" w:rsidR="24392C7C">
        <w:rPr>
          <w:rFonts w:ascii="Arial" w:hAnsi="Arial" w:cs="Arial"/>
          <w:b w:val="1"/>
          <w:bCs w:val="1"/>
        </w:rPr>
        <w:t>, without the guidance notes above</w:t>
      </w:r>
      <w:r w:rsidRPr="18DA3402" w:rsidR="43FC3468">
        <w:rPr>
          <w:rFonts w:ascii="Arial" w:hAnsi="Arial" w:cs="Arial"/>
          <w:b w:val="1"/>
          <w:bCs w:val="1"/>
        </w:rPr>
        <w:t>.</w:t>
      </w:r>
    </w:p>
    <w:p w:rsidRPr="007B7CC5" w:rsidR="00C34B04" w:rsidP="00BE4350" w:rsidRDefault="00C34B04" w14:paraId="75DDFA67" w14:textId="36F234B6">
      <w:pPr>
        <w:shd w:val="clear" w:color="auto" w:fill="92D050"/>
        <w:spacing w:after="0"/>
        <w:rPr>
          <w:rFonts w:ascii="Arial" w:hAnsi="Arial" w:cs="Arial" w:eastAsiaTheme="majorEastAsia"/>
          <w:b/>
          <w:bCs/>
          <w:sz w:val="28"/>
          <w:szCs w:val="28"/>
        </w:rPr>
      </w:pPr>
      <w:r w:rsidRPr="007B7CC5">
        <w:rPr>
          <w:rFonts w:ascii="Arial" w:hAnsi="Arial" w:cs="Arial" w:eastAsiaTheme="majorEastAsia"/>
          <w:b/>
          <w:bCs/>
          <w:sz w:val="28"/>
          <w:szCs w:val="28"/>
        </w:rPr>
        <w:t>Timeline of [</w:t>
      </w:r>
      <w:r w:rsidRPr="007B7CC5" w:rsidR="00E90620">
        <w:rPr>
          <w:rFonts w:ascii="Arial" w:hAnsi="Arial" w:cs="Arial" w:eastAsiaTheme="majorEastAsia"/>
          <w:b/>
          <w:bCs/>
          <w:sz w:val="28"/>
          <w:szCs w:val="28"/>
        </w:rPr>
        <w:t xml:space="preserve">your </w:t>
      </w:r>
      <w:r w:rsidRPr="007B7CC5">
        <w:rPr>
          <w:rFonts w:ascii="Arial" w:hAnsi="Arial" w:cs="Arial" w:eastAsiaTheme="majorEastAsia"/>
          <w:b/>
          <w:bCs/>
          <w:sz w:val="28"/>
          <w:szCs w:val="28"/>
        </w:rPr>
        <w:t>names] concerns about [</w:t>
      </w:r>
      <w:r w:rsidRPr="007B7CC5" w:rsidR="00E90620">
        <w:rPr>
          <w:rFonts w:ascii="Arial" w:hAnsi="Arial" w:cs="Arial" w:eastAsiaTheme="majorEastAsia"/>
          <w:b/>
          <w:bCs/>
          <w:sz w:val="28"/>
          <w:szCs w:val="28"/>
        </w:rPr>
        <w:t xml:space="preserve">your loved one’s </w:t>
      </w:r>
      <w:r w:rsidRPr="007B7CC5">
        <w:rPr>
          <w:rFonts w:ascii="Arial" w:hAnsi="Arial" w:cs="Arial" w:eastAsiaTheme="majorEastAsia"/>
          <w:b/>
          <w:bCs/>
          <w:sz w:val="28"/>
          <w:szCs w:val="28"/>
        </w:rPr>
        <w:t>name]</w:t>
      </w:r>
    </w:p>
    <w:p w:rsidRPr="007B7CC5" w:rsidR="00E90620" w:rsidP="00E90620" w:rsidRDefault="00CE4A02" w14:paraId="0D33A814" w14:textId="63A9F72E">
      <w:pPr>
        <w:spacing w:after="0"/>
        <w:rPr>
          <w:rFonts w:ascii="Arial" w:hAnsi="Arial" w:cs="Arial" w:eastAsiaTheme="majorEastAsia"/>
          <w:color w:val="000000" w:themeColor="text1"/>
          <w:sz w:val="28"/>
          <w:szCs w:val="28"/>
        </w:rPr>
      </w:pPr>
      <w:r w:rsidRPr="007B7CC5">
        <w:rPr>
          <w:rFonts w:ascii="Arial" w:hAnsi="Arial" w:cs="Arial" w:eastAsiaTheme="majorEastAsia"/>
          <w:color w:val="000000" w:themeColor="text1"/>
          <w:sz w:val="28"/>
          <w:szCs w:val="28"/>
        </w:rPr>
        <w:t>This document is intended to contribute to</w:t>
      </w:r>
      <w:r w:rsidRPr="007B7CC5" w:rsidR="002150DB">
        <w:rPr>
          <w:rFonts w:ascii="Arial" w:hAnsi="Arial" w:cs="Arial" w:eastAsiaTheme="majorEastAsia"/>
          <w:color w:val="000000" w:themeColor="text1"/>
          <w:sz w:val="28"/>
          <w:szCs w:val="28"/>
        </w:rPr>
        <w:t xml:space="preserve"> the investigation being done by </w:t>
      </w:r>
      <w:r w:rsidRPr="007B7CC5">
        <w:rPr>
          <w:rFonts w:ascii="Arial" w:hAnsi="Arial" w:cs="Arial" w:eastAsiaTheme="majorEastAsia"/>
          <w:color w:val="000000" w:themeColor="text1"/>
          <w:sz w:val="28"/>
          <w:szCs w:val="28"/>
        </w:rPr>
        <w:t xml:space="preserve">[name of </w:t>
      </w:r>
      <w:r w:rsidRPr="007B7CC5" w:rsidR="002150DB">
        <w:rPr>
          <w:rFonts w:ascii="Arial" w:hAnsi="Arial" w:cs="Arial" w:eastAsiaTheme="majorEastAsia"/>
          <w:color w:val="000000" w:themeColor="text1"/>
          <w:sz w:val="28"/>
          <w:szCs w:val="28"/>
        </w:rPr>
        <w:t>organisation]</w:t>
      </w:r>
    </w:p>
    <w:p w:rsidRPr="00991CDB" w:rsidR="00E90620" w:rsidP="00E90620" w:rsidRDefault="00E90620" w14:paraId="167C00E0" w14:textId="77777777">
      <w:pPr>
        <w:spacing w:after="0"/>
        <w:rPr>
          <w:rFonts w:ascii="Arial" w:hAnsi="Arial" w:cs="Arial" w:eastAsiaTheme="majorEastAsia"/>
          <w:color w:val="365F91" w:themeColor="accent1" w:themeShade="BF"/>
          <w:sz w:val="24"/>
          <w:szCs w:val="24"/>
        </w:rPr>
      </w:pPr>
    </w:p>
    <w:p w:rsidRPr="007B7CC5" w:rsidR="008C5F46" w:rsidP="0028115C" w:rsidRDefault="00E834A5" w14:paraId="34FD3F95" w14:textId="356AB345">
      <w:pPr>
        <w:rPr>
          <w:rFonts w:ascii="Arial" w:hAnsi="Arial" w:cs="Arial"/>
        </w:rPr>
      </w:pPr>
      <w:r w:rsidRPr="007B7CC5">
        <w:rPr>
          <w:rFonts w:ascii="Arial" w:hAnsi="Arial" w:cs="Arial" w:eastAsiaTheme="majorEastAsia"/>
          <w:b/>
          <w:bCs/>
          <w:sz w:val="28"/>
          <w:szCs w:val="28"/>
        </w:rPr>
        <w:t xml:space="preserve">Summary of </w:t>
      </w:r>
      <w:r w:rsidRPr="007B7CC5" w:rsidR="00F94E07">
        <w:rPr>
          <w:rFonts w:ascii="Arial" w:hAnsi="Arial" w:cs="Arial" w:eastAsiaTheme="majorEastAsia"/>
          <w:b/>
          <w:bCs/>
          <w:sz w:val="28"/>
          <w:szCs w:val="28"/>
        </w:rPr>
        <w:t>Details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4315"/>
        <w:gridCol w:w="9572"/>
      </w:tblGrid>
      <w:tr w:rsidRPr="00991CDB" w:rsidR="0028115C" w:rsidTr="001511BA" w14:paraId="6A321FBE" w14:textId="77777777">
        <w:tc>
          <w:tcPr>
            <w:tcW w:w="4315" w:type="dxa"/>
          </w:tcPr>
          <w:p w:rsidRPr="00991CDB" w:rsidR="0028115C" w:rsidRDefault="0028115C" w14:paraId="40FE6275" w14:textId="5FEFA306">
            <w:pPr>
              <w:rPr>
                <w:rFonts w:ascii="Arial" w:hAnsi="Arial" w:cs="Arial"/>
                <w:sz w:val="24"/>
                <w:szCs w:val="24"/>
              </w:rPr>
            </w:pPr>
            <w:r w:rsidRPr="00991CDB">
              <w:rPr>
                <w:rFonts w:ascii="Arial" w:hAnsi="Arial" w:cs="Arial"/>
                <w:sz w:val="24"/>
                <w:szCs w:val="24"/>
              </w:rPr>
              <w:t>Name of person affected:</w:t>
            </w:r>
          </w:p>
        </w:tc>
        <w:tc>
          <w:tcPr>
            <w:tcW w:w="9572" w:type="dxa"/>
          </w:tcPr>
          <w:p w:rsidRPr="00991CDB" w:rsidR="0028115C" w:rsidRDefault="0028115C" w14:paraId="2475C20E" w14:textId="77777777">
            <w:pPr>
              <w:rPr>
                <w:rFonts w:ascii="Arial" w:hAnsi="Arial" w:cs="Arial"/>
              </w:rPr>
            </w:pPr>
          </w:p>
          <w:p w:rsidRPr="00991CDB" w:rsidR="001511BA" w:rsidRDefault="001511BA" w14:paraId="709C526E" w14:textId="77777777">
            <w:pPr>
              <w:rPr>
                <w:rFonts w:ascii="Arial" w:hAnsi="Arial" w:cs="Arial"/>
              </w:rPr>
            </w:pPr>
          </w:p>
          <w:p w:rsidRPr="00991CDB" w:rsidR="001511BA" w:rsidRDefault="001511BA" w14:paraId="7A13F1DA" w14:textId="77777777">
            <w:pPr>
              <w:rPr>
                <w:rFonts w:ascii="Arial" w:hAnsi="Arial" w:cs="Arial"/>
              </w:rPr>
            </w:pPr>
          </w:p>
        </w:tc>
      </w:tr>
      <w:tr w:rsidRPr="00991CDB" w:rsidR="0028115C" w:rsidTr="001511BA" w14:paraId="1CB9C290" w14:textId="77777777">
        <w:tc>
          <w:tcPr>
            <w:tcW w:w="4315" w:type="dxa"/>
          </w:tcPr>
          <w:p w:rsidRPr="00991CDB" w:rsidR="0028115C" w:rsidRDefault="0028115C" w14:paraId="22E075AD" w14:textId="02D8AAF7">
            <w:pPr>
              <w:rPr>
                <w:rFonts w:ascii="Arial" w:hAnsi="Arial" w:cs="Arial"/>
                <w:sz w:val="24"/>
                <w:szCs w:val="24"/>
              </w:rPr>
            </w:pPr>
            <w:r w:rsidRPr="00991CDB">
              <w:rPr>
                <w:rFonts w:ascii="Arial" w:hAnsi="Arial" w:cs="Arial"/>
                <w:sz w:val="24"/>
                <w:szCs w:val="24"/>
              </w:rPr>
              <w:t>Date(s) safety event occurred:</w:t>
            </w:r>
            <w:r w:rsidRPr="00991CDB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9572" w:type="dxa"/>
          </w:tcPr>
          <w:p w:rsidRPr="00991CDB" w:rsidR="0028115C" w:rsidRDefault="0028115C" w14:paraId="3C5A9516" w14:textId="77777777">
            <w:pPr>
              <w:rPr>
                <w:rFonts w:ascii="Arial" w:hAnsi="Arial" w:cs="Arial"/>
              </w:rPr>
            </w:pPr>
          </w:p>
          <w:p w:rsidRPr="00991CDB" w:rsidR="001511BA" w:rsidRDefault="001511BA" w14:paraId="180F443E" w14:textId="77777777">
            <w:pPr>
              <w:rPr>
                <w:rFonts w:ascii="Arial" w:hAnsi="Arial" w:cs="Arial"/>
              </w:rPr>
            </w:pPr>
          </w:p>
        </w:tc>
      </w:tr>
      <w:tr w:rsidRPr="00991CDB" w:rsidR="0028115C" w:rsidTr="001511BA" w14:paraId="6B2BE359" w14:textId="77777777">
        <w:tc>
          <w:tcPr>
            <w:tcW w:w="4315" w:type="dxa"/>
          </w:tcPr>
          <w:p w:rsidRPr="00991CDB" w:rsidR="0028115C" w:rsidRDefault="0028115C" w14:paraId="1DD6EF1E" w14:textId="1DB5A3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1CDB">
              <w:rPr>
                <w:rFonts w:ascii="Arial" w:hAnsi="Arial" w:cs="Arial"/>
                <w:sz w:val="24"/>
                <w:szCs w:val="24"/>
              </w:rPr>
              <w:t>Organisations</w:t>
            </w:r>
            <w:proofErr w:type="spellEnd"/>
            <w:r w:rsidRPr="00991CDB">
              <w:rPr>
                <w:rFonts w:ascii="Arial" w:hAnsi="Arial" w:cs="Arial"/>
                <w:sz w:val="24"/>
                <w:szCs w:val="24"/>
              </w:rPr>
              <w:t xml:space="preserve"> or teams involved</w:t>
            </w:r>
            <w:r w:rsidRPr="00991CDB" w:rsidR="001511BA">
              <w:rPr>
                <w:rFonts w:ascii="Arial" w:hAnsi="Arial" w:cs="Arial"/>
                <w:sz w:val="24"/>
                <w:szCs w:val="24"/>
              </w:rPr>
              <w:t xml:space="preserve"> in providing care</w:t>
            </w:r>
            <w:r w:rsidRPr="00991CDB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572" w:type="dxa"/>
          </w:tcPr>
          <w:p w:rsidRPr="00991CDB" w:rsidR="0028115C" w:rsidRDefault="0028115C" w14:paraId="42663989" w14:textId="77777777">
            <w:pPr>
              <w:rPr>
                <w:rFonts w:ascii="Arial" w:hAnsi="Arial" w:cs="Arial"/>
              </w:rPr>
            </w:pPr>
          </w:p>
          <w:p w:rsidRPr="00991CDB" w:rsidR="001511BA" w:rsidRDefault="001511BA" w14:paraId="0C1EEF0E" w14:textId="77777777">
            <w:pPr>
              <w:rPr>
                <w:rFonts w:ascii="Arial" w:hAnsi="Arial" w:cs="Arial"/>
              </w:rPr>
            </w:pPr>
          </w:p>
          <w:p w:rsidRPr="00991CDB" w:rsidR="001511BA" w:rsidRDefault="001511BA" w14:paraId="0DDE2CA3" w14:textId="77777777">
            <w:pPr>
              <w:rPr>
                <w:rFonts w:ascii="Arial" w:hAnsi="Arial" w:cs="Arial"/>
              </w:rPr>
            </w:pPr>
          </w:p>
          <w:p w:rsidRPr="00991CDB" w:rsidR="001511BA" w:rsidRDefault="001511BA" w14:paraId="59A006A6" w14:textId="77777777">
            <w:pPr>
              <w:rPr>
                <w:rFonts w:ascii="Arial" w:hAnsi="Arial" w:cs="Arial"/>
              </w:rPr>
            </w:pPr>
          </w:p>
        </w:tc>
      </w:tr>
      <w:tr w:rsidRPr="00991CDB" w:rsidR="0028115C" w:rsidTr="001511BA" w14:paraId="68125152" w14:textId="77777777">
        <w:tc>
          <w:tcPr>
            <w:tcW w:w="4315" w:type="dxa"/>
          </w:tcPr>
          <w:p w:rsidRPr="00991CDB" w:rsidR="0028115C" w:rsidRDefault="0028115C" w14:paraId="7AD09F58" w14:textId="6DD39522">
            <w:pPr>
              <w:rPr>
                <w:rFonts w:ascii="Arial" w:hAnsi="Arial" w:cs="Arial"/>
                <w:sz w:val="24"/>
                <w:szCs w:val="24"/>
              </w:rPr>
            </w:pPr>
            <w:r w:rsidRPr="00991CDB">
              <w:rPr>
                <w:rFonts w:ascii="Arial" w:hAnsi="Arial" w:cs="Arial"/>
                <w:sz w:val="24"/>
                <w:szCs w:val="24"/>
              </w:rPr>
              <w:t xml:space="preserve">Date </w:t>
            </w:r>
            <w:r w:rsidRPr="00991CDB" w:rsidR="00E834A5">
              <w:rPr>
                <w:rFonts w:ascii="Arial" w:hAnsi="Arial" w:cs="Arial"/>
                <w:sz w:val="24"/>
                <w:szCs w:val="24"/>
              </w:rPr>
              <w:t xml:space="preserve">this document was </w:t>
            </w:r>
            <w:r w:rsidRPr="00991CDB">
              <w:rPr>
                <w:rFonts w:ascii="Arial" w:hAnsi="Arial" w:cs="Arial"/>
                <w:sz w:val="24"/>
                <w:szCs w:val="24"/>
              </w:rPr>
              <w:t>completed:</w:t>
            </w:r>
          </w:p>
        </w:tc>
        <w:tc>
          <w:tcPr>
            <w:tcW w:w="9572" w:type="dxa"/>
          </w:tcPr>
          <w:p w:rsidRPr="00991CDB" w:rsidR="0028115C" w:rsidRDefault="0028115C" w14:paraId="6CCAED8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307DE04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991CDB" w:rsidR="0028115C" w:rsidTr="001511BA" w14:paraId="4388A39A" w14:textId="77777777">
        <w:tc>
          <w:tcPr>
            <w:tcW w:w="4315" w:type="dxa"/>
          </w:tcPr>
          <w:p w:rsidRPr="00991CDB" w:rsidR="0028115C" w:rsidRDefault="0028115C" w14:paraId="7C76D8D5" w14:textId="047C3610">
            <w:pPr>
              <w:rPr>
                <w:rFonts w:ascii="Arial" w:hAnsi="Arial" w:cs="Arial"/>
                <w:sz w:val="24"/>
                <w:szCs w:val="24"/>
              </w:rPr>
            </w:pPr>
            <w:r w:rsidRPr="00991CDB">
              <w:rPr>
                <w:rFonts w:ascii="Arial" w:hAnsi="Arial" w:cs="Arial"/>
                <w:sz w:val="24"/>
                <w:szCs w:val="24"/>
              </w:rPr>
              <w:t>Who has contributed to this timeline (List any names and the relationship to the person affected):</w:t>
            </w:r>
            <w:r w:rsidRPr="00991CDB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9572" w:type="dxa"/>
          </w:tcPr>
          <w:p w:rsidRPr="00991CDB" w:rsidR="0028115C" w:rsidRDefault="0028115C" w14:paraId="52F8657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0E64707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6109595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63BA6E4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5F64D3B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6597080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3BFD14F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991CDB" w:rsidR="001511BA" w:rsidRDefault="001511BA" w14:paraId="76695FA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7B7CC5" w:rsidR="001511BA" w:rsidP="001511BA" w:rsidRDefault="00185B81" w14:paraId="74F6C2BF" w14:textId="5180D67A">
      <w:pPr>
        <w:pStyle w:val="Heading1"/>
        <w:rPr>
          <w:rFonts w:ascii="Arial" w:hAnsi="Arial" w:cs="Arial"/>
          <w:color w:val="auto"/>
        </w:rPr>
      </w:pPr>
      <w:r w:rsidRPr="007B7CC5">
        <w:rPr>
          <w:rFonts w:ascii="Arial" w:hAnsi="Arial" w:cs="Arial"/>
          <w:color w:val="auto"/>
        </w:rPr>
        <w:t>Our</w:t>
      </w:r>
      <w:r w:rsidRPr="007B7CC5" w:rsidR="001511BA">
        <w:rPr>
          <w:rFonts w:ascii="Arial" w:hAnsi="Arial" w:cs="Arial"/>
          <w:color w:val="auto"/>
        </w:rPr>
        <w:t xml:space="preserve"> overall concerns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2"/>
      </w:tblGrid>
      <w:tr w:rsidRPr="00991CDB" w:rsidR="001511BA" w:rsidTr="001511BA" w14:paraId="1060E9EF" w14:textId="77777777">
        <w:tc>
          <w:tcPr>
            <w:tcW w:w="13832" w:type="dxa"/>
          </w:tcPr>
          <w:p w:rsidRPr="00991CDB" w:rsidR="001511BA" w:rsidRDefault="001511BA" w14:paraId="662E1177" w14:textId="7879DD31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91CDB">
              <w:rPr>
                <w:rFonts w:ascii="Arial" w:hAnsi="Arial" w:cs="Arial"/>
                <w:sz w:val="24"/>
                <w:szCs w:val="24"/>
              </w:rPr>
              <w:t xml:space="preserve">Use this space to </w:t>
            </w:r>
            <w:proofErr w:type="spellStart"/>
            <w:r w:rsidRPr="00991CDB">
              <w:rPr>
                <w:rFonts w:ascii="Arial" w:hAnsi="Arial" w:cs="Arial"/>
                <w:sz w:val="24"/>
                <w:szCs w:val="24"/>
              </w:rPr>
              <w:t>summarise</w:t>
            </w:r>
            <w:proofErr w:type="spellEnd"/>
            <w:r w:rsidRPr="00991CDB">
              <w:rPr>
                <w:rFonts w:ascii="Arial" w:hAnsi="Arial" w:cs="Arial"/>
                <w:sz w:val="24"/>
                <w:szCs w:val="24"/>
              </w:rPr>
              <w:t>:</w:t>
            </w:r>
            <w:r w:rsidRPr="00991CDB">
              <w:rPr>
                <w:rFonts w:ascii="Arial" w:hAnsi="Arial" w:cs="Arial"/>
                <w:sz w:val="24"/>
                <w:szCs w:val="24"/>
              </w:rPr>
              <w:br/>
            </w:r>
            <w:r w:rsidRPr="00991CDB">
              <w:rPr>
                <w:rFonts w:ascii="Arial" w:hAnsi="Arial" w:cs="Arial"/>
                <w:sz w:val="24"/>
                <w:szCs w:val="24"/>
              </w:rPr>
              <w:t>- The main issues you are concerned about</w:t>
            </w:r>
            <w:r w:rsidRPr="00991CDB">
              <w:rPr>
                <w:rFonts w:ascii="Arial" w:hAnsi="Arial" w:cs="Arial"/>
                <w:sz w:val="24"/>
                <w:szCs w:val="24"/>
              </w:rPr>
              <w:br/>
            </w:r>
            <w:r w:rsidRPr="00991CDB">
              <w:rPr>
                <w:rFonts w:ascii="Arial" w:hAnsi="Arial" w:cs="Arial"/>
                <w:sz w:val="24"/>
                <w:szCs w:val="24"/>
              </w:rPr>
              <w:t>- Any patterns you noticed</w:t>
            </w:r>
          </w:p>
        </w:tc>
      </w:tr>
      <w:tr w:rsidRPr="00991CDB" w:rsidR="001511BA" w:rsidTr="001511BA" w14:paraId="70AB26C7" w14:textId="77777777">
        <w:tc>
          <w:tcPr>
            <w:tcW w:w="13832" w:type="dxa"/>
          </w:tcPr>
          <w:p w:rsidRPr="00991CDB" w:rsidR="001511BA" w:rsidRDefault="001511BA" w14:paraId="0D3E81F7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2AE8C109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021EE7F9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3CC7368F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224DC99C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2735C61D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70FB3848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</w:tr>
    </w:tbl>
    <w:p w:rsidRPr="007B7CC5" w:rsidR="001511BA" w:rsidRDefault="00DE0BE3" w14:paraId="1CB26292" w14:textId="3028D7FC">
      <w:pPr>
        <w:rPr>
          <w:rFonts w:ascii="Arial" w:hAnsi="Arial" w:cs="Arial" w:eastAsiaTheme="majorEastAsia"/>
          <w:b/>
          <w:bCs/>
          <w:sz w:val="28"/>
          <w:szCs w:val="28"/>
        </w:rPr>
      </w:pPr>
      <w:r w:rsidRPr="007B7CC5">
        <w:rPr>
          <w:rFonts w:ascii="Arial" w:hAnsi="Arial" w:cs="Arial" w:eastAsiaTheme="majorEastAsia"/>
          <w:b/>
          <w:bCs/>
          <w:sz w:val="28"/>
          <w:szCs w:val="28"/>
        </w:rPr>
        <w:t>O</w:t>
      </w:r>
      <w:r w:rsidRPr="007B7CC5" w:rsidR="001511BA">
        <w:rPr>
          <w:rFonts w:ascii="Arial" w:hAnsi="Arial" w:cs="Arial" w:eastAsiaTheme="majorEastAsia"/>
          <w:b/>
          <w:bCs/>
          <w:sz w:val="28"/>
          <w:szCs w:val="28"/>
        </w:rPr>
        <w:t>ur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2"/>
      </w:tblGrid>
      <w:tr w:rsidRPr="00991CDB" w:rsidR="001511BA" w:rsidTr="001511BA" w14:paraId="4C4F8045" w14:textId="77777777">
        <w:tc>
          <w:tcPr>
            <w:tcW w:w="13832" w:type="dxa"/>
          </w:tcPr>
          <w:p w:rsidRPr="00991CDB" w:rsidR="001511BA" w:rsidRDefault="00DE0BE3" w14:paraId="4A8786E9" w14:textId="4FC12BF3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91CDB">
              <w:rPr>
                <w:rFonts w:ascii="Arial" w:hAnsi="Arial" w:cs="Arial"/>
                <w:sz w:val="24"/>
                <w:szCs w:val="24"/>
              </w:rPr>
              <w:t>Use this space to list the q</w:t>
            </w:r>
            <w:r w:rsidRPr="00991CDB" w:rsidR="001511BA">
              <w:rPr>
                <w:rFonts w:ascii="Arial" w:hAnsi="Arial" w:cs="Arial"/>
                <w:sz w:val="24"/>
                <w:szCs w:val="24"/>
              </w:rPr>
              <w:t>uestions you have</w:t>
            </w:r>
            <w:r w:rsidRPr="00991CDB" w:rsidR="00FC717D">
              <w:rPr>
                <w:rFonts w:ascii="Arial" w:hAnsi="Arial" w:cs="Arial"/>
                <w:sz w:val="24"/>
                <w:szCs w:val="24"/>
              </w:rPr>
              <w:t xml:space="preserve"> that should be answered by this safety review:</w:t>
            </w:r>
          </w:p>
        </w:tc>
      </w:tr>
      <w:tr w:rsidRPr="00991CDB" w:rsidR="001511BA" w:rsidTr="007C3F3E" w14:paraId="00DB181F" w14:textId="77777777">
        <w:trPr>
          <w:trHeight w:val="2093"/>
        </w:trPr>
        <w:tc>
          <w:tcPr>
            <w:tcW w:w="13832" w:type="dxa"/>
          </w:tcPr>
          <w:p w:rsidRPr="00991CDB" w:rsidR="001511BA" w:rsidRDefault="001511BA" w14:paraId="7963D193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19CD2D79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585FC893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74EA2DDE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1861A605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032F5877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1BEF1646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3FDD6A03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  <w:p w:rsidRPr="00991CDB" w:rsidR="00FC717D" w:rsidRDefault="00FC717D" w14:paraId="20F8B8ED" w14:textId="77777777">
            <w:pPr>
              <w:rPr>
                <w:rFonts w:ascii="Arial" w:hAnsi="Arial" w:cs="Arial"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</w:tr>
    </w:tbl>
    <w:p w:rsidRPr="007B7CC5" w:rsidR="001511BA" w:rsidRDefault="00FC717D" w14:paraId="6C8182C0" w14:textId="76A177FE">
      <w:pPr>
        <w:rPr>
          <w:rFonts w:ascii="Arial" w:hAnsi="Arial" w:cs="Arial" w:eastAsiaTheme="majorEastAsia"/>
          <w:b/>
          <w:bCs/>
          <w:sz w:val="28"/>
          <w:szCs w:val="28"/>
        </w:rPr>
      </w:pPr>
      <w:r w:rsidRPr="00991CDB">
        <w:rPr>
          <w:rFonts w:ascii="Arial" w:hAnsi="Arial" w:cs="Arial" w:eastAsiaTheme="majorEastAsia"/>
          <w:b/>
          <w:bCs/>
          <w:color w:val="365F91" w:themeColor="accent1" w:themeShade="BF"/>
          <w:sz w:val="28"/>
          <w:szCs w:val="28"/>
        </w:rPr>
        <w:br/>
      </w:r>
      <w:r w:rsidRPr="007B7CC5" w:rsidR="004829E7">
        <w:rPr>
          <w:rFonts w:ascii="Arial" w:hAnsi="Arial" w:cs="Arial" w:eastAsiaTheme="majorEastAsia"/>
          <w:b/>
          <w:bCs/>
          <w:sz w:val="28"/>
          <w:szCs w:val="28"/>
        </w:rPr>
        <w:t>O</w:t>
      </w:r>
      <w:r w:rsidRPr="007B7CC5" w:rsidR="001511BA">
        <w:rPr>
          <w:rFonts w:ascii="Arial" w:hAnsi="Arial" w:cs="Arial" w:eastAsiaTheme="majorEastAsia"/>
          <w:b/>
          <w:bCs/>
          <w:sz w:val="28"/>
          <w:szCs w:val="28"/>
        </w:rPr>
        <w:t>ur experience of</w:t>
      </w:r>
      <w:r w:rsidRPr="007B7CC5" w:rsidR="001078C5">
        <w:rPr>
          <w:rFonts w:ascii="Arial" w:hAnsi="Arial" w:cs="Arial" w:eastAsiaTheme="majorEastAsia"/>
          <w:b/>
          <w:bCs/>
          <w:sz w:val="28"/>
          <w:szCs w:val="28"/>
        </w:rPr>
        <w:t xml:space="preserve"> the </w:t>
      </w:r>
      <w:r w:rsidRPr="007B7CC5" w:rsidR="001511BA">
        <w:rPr>
          <w:rFonts w:ascii="Arial" w:hAnsi="Arial" w:cs="Arial" w:eastAsiaTheme="majorEastAsia"/>
          <w:b/>
          <w:bCs/>
          <w:sz w:val="28"/>
          <w:szCs w:val="28"/>
        </w:rPr>
        <w:t>care</w:t>
      </w:r>
      <w:r w:rsidRPr="007B7CC5" w:rsidR="001078C5">
        <w:rPr>
          <w:rFonts w:ascii="Arial" w:hAnsi="Arial" w:cs="Arial" w:eastAsiaTheme="majorEastAsia"/>
          <w:b/>
          <w:bCs/>
          <w:sz w:val="28"/>
          <w:szCs w:val="28"/>
        </w:rPr>
        <w:t xml:space="preserve"> provided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67"/>
        <w:gridCol w:w="2767"/>
        <w:gridCol w:w="2766"/>
        <w:gridCol w:w="2766"/>
        <w:gridCol w:w="2766"/>
      </w:tblGrid>
      <w:tr w:rsidRPr="00991CDB" w:rsidR="001511BA" w:rsidTr="001511BA" w14:paraId="254EDFED" w14:textId="77777777">
        <w:tc>
          <w:tcPr>
            <w:tcW w:w="1000" w:type="pct"/>
          </w:tcPr>
          <w:p w:rsidRPr="00991CDB" w:rsidR="001511BA" w:rsidP="003D492B" w:rsidRDefault="001511BA" w14:paraId="6F4E8614" w14:textId="2345E5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and time of contact with the organisation </w:t>
            </w:r>
            <w:r w:rsidRPr="00991CDB" w:rsidR="00D0685A">
              <w:rPr>
                <w:rFonts w:ascii="Arial" w:hAnsi="Arial" w:cs="Arial"/>
                <w:b/>
                <w:bCs/>
                <w:sz w:val="24"/>
                <w:szCs w:val="24"/>
              </w:rPr>
              <w:t>and name and role of person from the organisation (if known)</w:t>
            </w:r>
          </w:p>
        </w:tc>
        <w:tc>
          <w:tcPr>
            <w:tcW w:w="1000" w:type="pct"/>
          </w:tcPr>
          <w:p w:rsidRPr="00991CDB" w:rsidR="001511BA" w:rsidP="003D492B" w:rsidRDefault="001511BA" w14:paraId="327AA59A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did you 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expect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happen from this contact?  </w:t>
            </w:r>
          </w:p>
        </w:tc>
        <w:tc>
          <w:tcPr>
            <w:tcW w:w="1000" w:type="pct"/>
          </w:tcPr>
          <w:p w:rsidRPr="00991CDB" w:rsidR="001511BA" w:rsidP="003D492B" w:rsidRDefault="001511BA" w14:paraId="262FD3D9" w14:textId="398830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actually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did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happen? </w:t>
            </w:r>
          </w:p>
        </w:tc>
        <w:tc>
          <w:tcPr>
            <w:tcW w:w="1000" w:type="pct"/>
          </w:tcPr>
          <w:p w:rsidRPr="00991CDB" w:rsidR="001511BA" w:rsidP="003D492B" w:rsidRDefault="001511BA" w14:paraId="13DEE993" w14:textId="47DC4B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Why </w:t>
            </w:r>
            <w:r w:rsidRPr="00991CDB" w:rsidR="004829E7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 w:rsidRPr="00991CDB" w:rsidR="00FC71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there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difference</w:t>
            </w:r>
            <w:r w:rsidRPr="00991CDB" w:rsidR="00FC717D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  <w:r w:rsidRPr="00991CDB" w:rsidR="006D4B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[State your views about why there was a difference</w:t>
            </w:r>
            <w:r w:rsidRPr="00991CDB" w:rsidR="000505C0">
              <w:rPr>
                <w:rFonts w:ascii="Arial" w:hAnsi="Arial" w:cs="Arial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000" w:type="pct"/>
          </w:tcPr>
          <w:p w:rsidRPr="00991CDB" w:rsidR="001511BA" w:rsidP="003D492B" w:rsidRDefault="001511BA" w14:paraId="69B379A7" w14:textId="21B539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>What could be or should be learnt</w:t>
            </w:r>
            <w:r w:rsidRPr="00991CDB" w:rsidR="000505C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? </w:t>
            </w:r>
            <w:r w:rsidRPr="00991C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Pr="00991CDB" w:rsidR="001511BA" w:rsidTr="00FC717D" w14:paraId="36CDD769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5DF13BEC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0A94A8C0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041A8354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082CDC20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3C056A5A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3AD23B62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11CDB362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1B678115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6CCFCB3B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7AB49702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7D121C3D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3FF3F2E1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2E3CF5BF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73AC5D60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36872689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79DE1694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5815308A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32FA850F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0CB965ED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3F87F3D0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5DA14DAC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102DBAE5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45679CE3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11835F0E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4FCF6D0F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6397C5C5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508AF0EE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7D49B68B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0FECFBC5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497A5EFD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77E24F2F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4004B9A2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10524390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3EF69845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153C684F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7FC6F90C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769AE3E7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2F260683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60D49127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55D15C89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5BD7C5AA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373A6CB9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0F4D4FF4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2400EA3B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5226A1D0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2F1A943C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29B59C50" w14:textId="77777777">
            <w:pPr>
              <w:rPr>
                <w:rFonts w:ascii="Arial" w:hAnsi="Arial" w:cs="Arial"/>
              </w:rPr>
            </w:pPr>
          </w:p>
        </w:tc>
      </w:tr>
      <w:tr w:rsidRPr="00991CDB" w:rsidR="001511BA" w:rsidTr="00FC717D" w14:paraId="60EA5315" w14:textId="77777777">
        <w:trPr>
          <w:trHeight w:val="567"/>
        </w:trPr>
        <w:tc>
          <w:tcPr>
            <w:tcW w:w="1000" w:type="pct"/>
          </w:tcPr>
          <w:p w:rsidRPr="00991CDB" w:rsidR="001511BA" w:rsidP="003D492B" w:rsidRDefault="001511BA" w14:paraId="5769CFDF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11586F9D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08BE8619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102B1911" w14:textId="77777777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:rsidRPr="00991CDB" w:rsidR="001511BA" w:rsidP="003D492B" w:rsidRDefault="001511BA" w14:paraId="606D6C8D" w14:textId="77777777">
            <w:pPr>
              <w:rPr>
                <w:rFonts w:ascii="Arial" w:hAnsi="Arial" w:cs="Arial"/>
              </w:rPr>
            </w:pPr>
          </w:p>
        </w:tc>
      </w:tr>
    </w:tbl>
    <w:p w:rsidRPr="00991CDB" w:rsidR="008C5F46" w:rsidP="00FC717D" w:rsidRDefault="008C5F46" w14:paraId="61105CD9" w14:textId="2BDC90A4">
      <w:pPr>
        <w:rPr>
          <w:rFonts w:ascii="Arial" w:hAnsi="Arial" w:cs="Arial"/>
        </w:rPr>
      </w:pPr>
    </w:p>
    <w:sectPr w:rsidRPr="00991CDB" w:rsidR="008C5F46" w:rsidSect="00FC717D">
      <w:pgSz w:w="15840" w:h="12240" w:orient="landscape"/>
      <w:pgMar w:top="498" w:right="1440" w:bottom="715" w:left="55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D43" w:rsidP="006E5831" w:rsidRDefault="00403D43" w14:paraId="7B793255" w14:textId="77777777">
      <w:pPr>
        <w:spacing w:after="0" w:line="240" w:lineRule="auto"/>
      </w:pPr>
      <w:r>
        <w:separator/>
      </w:r>
    </w:p>
  </w:endnote>
  <w:endnote w:type="continuationSeparator" w:id="0">
    <w:p w:rsidR="00403D43" w:rsidP="006E5831" w:rsidRDefault="00403D43" w14:paraId="005BB8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B6880" w:rsidR="003C12DC" w:rsidP="002D7DDC" w:rsidRDefault="008860DE" w14:paraId="7BABBA71" w14:textId="77777777">
    <w:pPr>
      <w:spacing w:after="0"/>
      <w:rPr>
        <w:rFonts w:ascii="Arial" w:hAnsi="Arial" w:eastAsia="Microsoft JhengHei" w:cs="Arial"/>
        <w:sz w:val="20"/>
        <w:szCs w:val="20"/>
      </w:rPr>
    </w:pPr>
    <w:r w:rsidRPr="00FB6880">
      <w:rPr>
        <w:rFonts w:ascii="Arial" w:hAnsi="Arial" w:cs="Arial"/>
        <w:sz w:val="20"/>
        <w:szCs w:val="20"/>
        <w:lang w:val="en-GB"/>
      </w:rPr>
      <w:t xml:space="preserve">This template has been developed by Making Families Count, CIC. </w:t>
    </w:r>
    <w:r w:rsidRPr="00FB6880" w:rsidR="003C12DC">
      <w:rPr>
        <w:rFonts w:ascii="Arial" w:hAnsi="Arial" w:eastAsia="Microsoft JhengHei" w:cs="Arial"/>
        <w:sz w:val="20"/>
        <w:szCs w:val="20"/>
      </w:rPr>
      <w:t>Registration Number 11826433</w:t>
    </w:r>
  </w:p>
  <w:p w:rsidRPr="00FB6880" w:rsidR="006E5831" w:rsidP="002D7DDC" w:rsidRDefault="003C12DC" w14:paraId="40C3E357" w14:textId="1C0BAD38">
    <w:pPr>
      <w:spacing w:after="0"/>
      <w:rPr>
        <w:rFonts w:ascii="Arial" w:hAnsi="Arial" w:cs="Arial"/>
        <w:sz w:val="20"/>
        <w:szCs w:val="20"/>
      </w:rPr>
    </w:pPr>
    <w:r w:rsidRPr="00FB6880">
      <w:rPr>
        <w:rFonts w:ascii="Arial" w:hAnsi="Arial" w:eastAsia="Microsoft JhengHei" w:cs="Arial"/>
        <w:sz w:val="20"/>
        <w:szCs w:val="20"/>
      </w:rPr>
      <w:t xml:space="preserve">Registered Office: </w:t>
    </w:r>
    <w:r w:rsidRPr="00FB6880">
      <w:rPr>
        <w:rFonts w:ascii="Arial" w:hAnsi="Arial" w:cs="Arial"/>
        <w:color w:val="000000"/>
        <w:sz w:val="20"/>
        <w:szCs w:val="20"/>
        <w:shd w:val="clear" w:color="auto" w:fill="FFFFFF"/>
      </w:rPr>
      <w:t>1 Thame Lane, Culham, Abingdon, Oxfordshire, England, OX14 3DS</w:t>
    </w:r>
    <w:r w:rsidRPr="00FB6880" w:rsidR="002D7DDC">
      <w:rPr>
        <w:rFonts w:ascii="Arial" w:hAnsi="Arial" w:cs="Arial"/>
        <w:sz w:val="20"/>
        <w:szCs w:val="20"/>
      </w:rPr>
      <w:t xml:space="preserve"> </w:t>
    </w:r>
    <w:hyperlink w:history="1" r:id="rId1">
      <w:r w:rsidRPr="00FB6880" w:rsidR="002D7DDC">
        <w:rPr>
          <w:rStyle w:val="Hyperlink"/>
          <w:rFonts w:ascii="Arial" w:hAnsi="Arial" w:cs="Arial"/>
          <w:sz w:val="20"/>
          <w:szCs w:val="20"/>
        </w:rPr>
        <w:t>www.makingfamiliescount.org.uk</w:t>
      </w:r>
    </w:hyperlink>
    <w:r w:rsidRPr="00FB6880" w:rsidR="002D7DDC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D43" w:rsidP="006E5831" w:rsidRDefault="00403D43" w14:paraId="7F2DEF3E" w14:textId="77777777">
      <w:pPr>
        <w:spacing w:after="0" w:line="240" w:lineRule="auto"/>
      </w:pPr>
      <w:r>
        <w:separator/>
      </w:r>
    </w:p>
  </w:footnote>
  <w:footnote w:type="continuationSeparator" w:id="0">
    <w:p w:rsidR="00403D43" w:rsidP="006E5831" w:rsidRDefault="00403D43" w14:paraId="5400FA1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831" w:rsidP="00402376" w:rsidRDefault="006E5831" w14:paraId="63FF9893" w14:textId="0286B19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6C273EA"/>
    <w:multiLevelType w:val="hybridMultilevel"/>
    <w:tmpl w:val="366ACD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6EF1FF1"/>
    <w:multiLevelType w:val="hybridMultilevel"/>
    <w:tmpl w:val="E92CFA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F7D0227"/>
    <w:multiLevelType w:val="hybridMultilevel"/>
    <w:tmpl w:val="79F049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3E32D0B"/>
    <w:multiLevelType w:val="hybridMultilevel"/>
    <w:tmpl w:val="7E1C92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0913FE0"/>
    <w:multiLevelType w:val="hybridMultilevel"/>
    <w:tmpl w:val="64AA2A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1998150">
    <w:abstractNumId w:val="8"/>
  </w:num>
  <w:num w:numId="2" w16cid:durableId="1805585363">
    <w:abstractNumId w:val="6"/>
  </w:num>
  <w:num w:numId="3" w16cid:durableId="65884674">
    <w:abstractNumId w:val="5"/>
  </w:num>
  <w:num w:numId="4" w16cid:durableId="1108894060">
    <w:abstractNumId w:val="4"/>
  </w:num>
  <w:num w:numId="5" w16cid:durableId="1820532269">
    <w:abstractNumId w:val="7"/>
  </w:num>
  <w:num w:numId="6" w16cid:durableId="808977955">
    <w:abstractNumId w:val="3"/>
  </w:num>
  <w:num w:numId="7" w16cid:durableId="1764764693">
    <w:abstractNumId w:val="2"/>
  </w:num>
  <w:num w:numId="8" w16cid:durableId="2005476351">
    <w:abstractNumId w:val="1"/>
  </w:num>
  <w:num w:numId="9" w16cid:durableId="1638682735">
    <w:abstractNumId w:val="0"/>
  </w:num>
  <w:num w:numId="10" w16cid:durableId="1998150267">
    <w:abstractNumId w:val="13"/>
  </w:num>
  <w:num w:numId="11" w16cid:durableId="45613477">
    <w:abstractNumId w:val="12"/>
  </w:num>
  <w:num w:numId="12" w16cid:durableId="2134783884">
    <w:abstractNumId w:val="11"/>
  </w:num>
  <w:num w:numId="13" w16cid:durableId="1153716772">
    <w:abstractNumId w:val="10"/>
  </w:num>
  <w:num w:numId="14" w16cid:durableId="122810342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726"/>
    <w:rsid w:val="00034616"/>
    <w:rsid w:val="000505C0"/>
    <w:rsid w:val="0006063C"/>
    <w:rsid w:val="000809AC"/>
    <w:rsid w:val="001078C5"/>
    <w:rsid w:val="00126D46"/>
    <w:rsid w:val="00134359"/>
    <w:rsid w:val="0015074B"/>
    <w:rsid w:val="001511BA"/>
    <w:rsid w:val="0016370E"/>
    <w:rsid w:val="00185B81"/>
    <w:rsid w:val="002150DB"/>
    <w:rsid w:val="0028115C"/>
    <w:rsid w:val="0029639D"/>
    <w:rsid w:val="002C257C"/>
    <w:rsid w:val="002D4510"/>
    <w:rsid w:val="002D7DDC"/>
    <w:rsid w:val="00304324"/>
    <w:rsid w:val="003211A0"/>
    <w:rsid w:val="00326F90"/>
    <w:rsid w:val="00397852"/>
    <w:rsid w:val="003A3DB7"/>
    <w:rsid w:val="003C12DC"/>
    <w:rsid w:val="003F5A2D"/>
    <w:rsid w:val="00402376"/>
    <w:rsid w:val="00403D43"/>
    <w:rsid w:val="004829E7"/>
    <w:rsid w:val="00557D9C"/>
    <w:rsid w:val="0056442A"/>
    <w:rsid w:val="00614138"/>
    <w:rsid w:val="00647878"/>
    <w:rsid w:val="006B4A98"/>
    <w:rsid w:val="006D4B9F"/>
    <w:rsid w:val="006E5831"/>
    <w:rsid w:val="007762C8"/>
    <w:rsid w:val="007B7CC5"/>
    <w:rsid w:val="007C3F3E"/>
    <w:rsid w:val="007D0F97"/>
    <w:rsid w:val="008115E4"/>
    <w:rsid w:val="008428AB"/>
    <w:rsid w:val="008860DE"/>
    <w:rsid w:val="008B7714"/>
    <w:rsid w:val="008C5F46"/>
    <w:rsid w:val="008E79BF"/>
    <w:rsid w:val="00931DAB"/>
    <w:rsid w:val="009333D7"/>
    <w:rsid w:val="009512DE"/>
    <w:rsid w:val="009514E6"/>
    <w:rsid w:val="00991CDB"/>
    <w:rsid w:val="00A704B5"/>
    <w:rsid w:val="00AA1D8D"/>
    <w:rsid w:val="00AA23DD"/>
    <w:rsid w:val="00AC1BBF"/>
    <w:rsid w:val="00B47730"/>
    <w:rsid w:val="00B51680"/>
    <w:rsid w:val="00BE4350"/>
    <w:rsid w:val="00C21D7D"/>
    <w:rsid w:val="00C34B04"/>
    <w:rsid w:val="00C843B1"/>
    <w:rsid w:val="00C93C38"/>
    <w:rsid w:val="00CB0664"/>
    <w:rsid w:val="00CD7684"/>
    <w:rsid w:val="00CE4A02"/>
    <w:rsid w:val="00D0685A"/>
    <w:rsid w:val="00D163B6"/>
    <w:rsid w:val="00D6536F"/>
    <w:rsid w:val="00DE0BE3"/>
    <w:rsid w:val="00E77750"/>
    <w:rsid w:val="00E834A5"/>
    <w:rsid w:val="00E90620"/>
    <w:rsid w:val="00F20E18"/>
    <w:rsid w:val="00F94E07"/>
    <w:rsid w:val="00FA5B02"/>
    <w:rsid w:val="00FB2B76"/>
    <w:rsid w:val="00FB6880"/>
    <w:rsid w:val="00FC693F"/>
    <w:rsid w:val="00FC717D"/>
    <w:rsid w:val="00FD452E"/>
    <w:rsid w:val="0637C8EE"/>
    <w:rsid w:val="0C8C114D"/>
    <w:rsid w:val="0E944A60"/>
    <w:rsid w:val="130CD7CB"/>
    <w:rsid w:val="135B0932"/>
    <w:rsid w:val="144CF17C"/>
    <w:rsid w:val="16C5EFB8"/>
    <w:rsid w:val="18DA3402"/>
    <w:rsid w:val="1CF785E8"/>
    <w:rsid w:val="20C2384C"/>
    <w:rsid w:val="2373BB72"/>
    <w:rsid w:val="2378044C"/>
    <w:rsid w:val="240B7134"/>
    <w:rsid w:val="24392C7C"/>
    <w:rsid w:val="24E734AD"/>
    <w:rsid w:val="254711C0"/>
    <w:rsid w:val="26A9F7E2"/>
    <w:rsid w:val="28635DD2"/>
    <w:rsid w:val="2995D777"/>
    <w:rsid w:val="2B74E7CB"/>
    <w:rsid w:val="2C630C27"/>
    <w:rsid w:val="2CB5485F"/>
    <w:rsid w:val="377750A3"/>
    <w:rsid w:val="3A632009"/>
    <w:rsid w:val="3E460143"/>
    <w:rsid w:val="3EB68509"/>
    <w:rsid w:val="3F456C58"/>
    <w:rsid w:val="43FC3468"/>
    <w:rsid w:val="45D8309B"/>
    <w:rsid w:val="46F97F1C"/>
    <w:rsid w:val="4746F1B9"/>
    <w:rsid w:val="4A658855"/>
    <w:rsid w:val="4AB7F053"/>
    <w:rsid w:val="4B9A25ED"/>
    <w:rsid w:val="4F128F55"/>
    <w:rsid w:val="5025E404"/>
    <w:rsid w:val="504BE846"/>
    <w:rsid w:val="5256F20D"/>
    <w:rsid w:val="5548FE10"/>
    <w:rsid w:val="554B6052"/>
    <w:rsid w:val="554B821F"/>
    <w:rsid w:val="5C3128FC"/>
    <w:rsid w:val="5F6B4ADF"/>
    <w:rsid w:val="604BCBCB"/>
    <w:rsid w:val="605A9781"/>
    <w:rsid w:val="61FB04F8"/>
    <w:rsid w:val="638C14E7"/>
    <w:rsid w:val="6611EFD7"/>
    <w:rsid w:val="66E9C074"/>
    <w:rsid w:val="68450327"/>
    <w:rsid w:val="6A9D94F8"/>
    <w:rsid w:val="6AD492D8"/>
    <w:rsid w:val="6B44AC76"/>
    <w:rsid w:val="6CAEC13E"/>
    <w:rsid w:val="6E1AB61D"/>
    <w:rsid w:val="75FBCE04"/>
    <w:rsid w:val="770DC125"/>
    <w:rsid w:val="79642F90"/>
    <w:rsid w:val="797497BE"/>
    <w:rsid w:val="7A331837"/>
    <w:rsid w:val="7C01E1FE"/>
    <w:rsid w:val="7CFCE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0DDEC"/>
  <w14:defaultImageDpi w14:val="300"/>
  <w15:docId w15:val="{842171CC-3DEB-5A4F-B057-CD73A104E2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Comment Reference"/>
    <w:basedOn w:val="DefaultParagraphFont"/>
    <w:uiPriority w:val="99"/>
    <w:semiHidden/>
    <w:unhideWhenUsed/>
    <w:rsid w:val="00126D4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126D4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26D46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126D4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26D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7D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kingfamiliescoun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0FD40608F4346B1ED615691ABACA2" ma:contentTypeVersion="17" ma:contentTypeDescription="Create a new document." ma:contentTypeScope="" ma:versionID="eb60725ff541b1765a966451a5e49549">
  <xsd:schema xmlns:xsd="http://www.w3.org/2001/XMLSchema" xmlns:xs="http://www.w3.org/2001/XMLSchema" xmlns:p="http://schemas.microsoft.com/office/2006/metadata/properties" xmlns:ns2="505dd41d-d18e-4e5e-942d-8cb110bf8374" xmlns:ns3="3dea5096-23ee-4783-84ff-65f5e0835ded" targetNamespace="http://schemas.microsoft.com/office/2006/metadata/properties" ma:root="true" ma:fieldsID="d5d1a3bcc3992e32d62b4b93848d48d9" ns2:_="" ns3:_="">
    <xsd:import namespace="505dd41d-d18e-4e5e-942d-8cb110bf8374"/>
    <xsd:import namespace="3dea5096-23ee-4783-84ff-65f5e0835d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dd41d-d18e-4e5e-942d-8cb110bf8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150c493-dfd3-47f4-91d6-5c61698f5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a5096-23ee-4783-84ff-65f5e0835de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bd930e3-e417-44ce-9153-631010f5b41f}" ma:internalName="TaxCatchAll" ma:showField="CatchAllData" ma:web="3dea5096-23ee-4783-84ff-65f5e0835d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ea5096-23ee-4783-84ff-65f5e0835ded" xsi:nil="true"/>
    <lcf76f155ced4ddcb4097134ff3c332f xmlns="505dd41d-d18e-4e5e-942d-8cb110bf83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31695-4C0B-4BAA-806F-B855D4916A84}"/>
</file>

<file path=customXml/itemProps3.xml><?xml version="1.0" encoding="utf-8"?>
<ds:datastoreItem xmlns:ds="http://schemas.openxmlformats.org/officeDocument/2006/customXml" ds:itemID="{859B74F5-5DA0-4E2A-AA37-2BEE21696D18}"/>
</file>

<file path=customXml/itemProps4.xml><?xml version="1.0" encoding="utf-8"?>
<ds:datastoreItem xmlns:ds="http://schemas.openxmlformats.org/officeDocument/2006/customXml" ds:itemID="{43F929BB-1662-404C-BECD-14532FE13C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Dorit Braun</cp:lastModifiedBy>
  <cp:revision>25</cp:revision>
  <dcterms:created xsi:type="dcterms:W3CDTF">2026-05-08T18:57:00Z</dcterms:created>
  <dcterms:modified xsi:type="dcterms:W3CDTF">2026-05-31T16:13:02Z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0x010100D7C0FD40608F4346B1ED615691ABACA2</vt:lpwstr>
  </property>
  <property fmtid="{D5CDD505-2E9C-101B-9397-08002B2CF9AE}" pid="3" name="MediaServiceImageTags">
    <vt:lpwstr/>
  </property>
</Properties>
</file>